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FA165" w14:textId="77777777" w:rsidR="008C3450" w:rsidRDefault="00000000">
      <w:pPr>
        <w:spacing w:before="1280"/>
        <w:rPr>
          <w:rFonts w:hint="eastAsia"/>
        </w:rPr>
      </w:pPr>
      <w:r>
        <w:rPr>
          <w:b/>
          <w:color w:val="183A5A"/>
          <w:sz w:val="56"/>
        </w:rPr>
        <w:t>BETRIEBLICHER</w:t>
      </w:r>
      <w:r>
        <w:rPr>
          <w:b/>
          <w:color w:val="183A5A"/>
          <w:sz w:val="56"/>
        </w:rPr>
        <w:br/>
        <w:t>AUSBILDUNGSPLAN</w:t>
      </w:r>
    </w:p>
    <w:p w14:paraId="7F3F8EE2" w14:textId="77777777" w:rsidR="008C3450" w:rsidRDefault="00000000">
      <w:pPr>
        <w:spacing w:after="360" w:line="259" w:lineRule="auto"/>
        <w:rPr>
          <w:rFonts w:hint="eastAsia"/>
        </w:rPr>
      </w:pPr>
      <w:r>
        <w:rPr>
          <w:b/>
          <w:color w:val="2A7F87"/>
          <w:sz w:val="28"/>
        </w:rPr>
        <w:t>Flexible Vorlage für duale Berufsausbildungen</w:t>
      </w:r>
    </w:p>
    <w:tbl>
      <w:tblPr>
        <w:tblW w:w="0" w:type="auto"/>
        <w:tblLayout w:type="fixed"/>
        <w:tblLook w:val="04A0" w:firstRow="1" w:lastRow="0" w:firstColumn="1" w:lastColumn="0" w:noHBand="0" w:noVBand="1"/>
      </w:tblPr>
      <w:tblGrid>
        <w:gridCol w:w="2304"/>
        <w:gridCol w:w="2664"/>
        <w:gridCol w:w="4176"/>
      </w:tblGrid>
      <w:tr w:rsidR="008C3450" w14:paraId="11626CC9" w14:textId="77777777">
        <w:tc>
          <w:tcPr>
            <w:tcW w:w="2304" w:type="dxa"/>
            <w:tcBorders>
              <w:top w:val="nil"/>
              <w:left w:val="nil"/>
              <w:bottom w:val="nil"/>
              <w:right w:val="nil"/>
            </w:tcBorders>
            <w:shd w:val="clear" w:color="auto" w:fill="183A5A"/>
            <w:tcMar>
              <w:top w:w="130" w:type="dxa"/>
              <w:left w:w="120" w:type="dxa"/>
              <w:bottom w:w="130" w:type="dxa"/>
              <w:right w:w="120" w:type="dxa"/>
            </w:tcMar>
          </w:tcPr>
          <w:p w14:paraId="44596338" w14:textId="77777777" w:rsidR="008C3450" w:rsidRDefault="00000000">
            <w:pPr>
              <w:spacing w:after="0" w:line="245" w:lineRule="auto"/>
              <w:jc w:val="center"/>
              <w:rPr>
                <w:rFonts w:hint="eastAsia"/>
              </w:rPr>
            </w:pPr>
            <w:r>
              <w:rPr>
                <w:b/>
                <w:color w:val="FFFFFF"/>
                <w:sz w:val="17"/>
              </w:rPr>
              <w:t>PLANEN</w:t>
            </w:r>
          </w:p>
        </w:tc>
        <w:tc>
          <w:tcPr>
            <w:tcW w:w="2664" w:type="dxa"/>
            <w:tcBorders>
              <w:top w:val="nil"/>
              <w:left w:val="nil"/>
              <w:bottom w:val="nil"/>
              <w:right w:val="nil"/>
            </w:tcBorders>
            <w:shd w:val="clear" w:color="auto" w:fill="2A7F87"/>
            <w:tcMar>
              <w:top w:w="130" w:type="dxa"/>
              <w:left w:w="120" w:type="dxa"/>
              <w:bottom w:w="130" w:type="dxa"/>
              <w:right w:w="120" w:type="dxa"/>
            </w:tcMar>
          </w:tcPr>
          <w:p w14:paraId="34404392" w14:textId="77777777" w:rsidR="008C3450" w:rsidRDefault="00000000">
            <w:pPr>
              <w:spacing w:after="0" w:line="245" w:lineRule="auto"/>
              <w:jc w:val="center"/>
              <w:rPr>
                <w:rFonts w:hint="eastAsia"/>
              </w:rPr>
            </w:pPr>
            <w:r>
              <w:rPr>
                <w:b/>
                <w:color w:val="FFFFFF"/>
                <w:sz w:val="17"/>
              </w:rPr>
              <w:t>VERMITTELN</w:t>
            </w:r>
          </w:p>
        </w:tc>
        <w:tc>
          <w:tcPr>
            <w:tcW w:w="4176" w:type="dxa"/>
            <w:tcBorders>
              <w:top w:val="nil"/>
              <w:left w:val="nil"/>
              <w:bottom w:val="nil"/>
              <w:right w:val="nil"/>
            </w:tcBorders>
            <w:shd w:val="clear" w:color="auto" w:fill="EAF2F8"/>
            <w:tcMar>
              <w:top w:w="130" w:type="dxa"/>
              <w:left w:w="120" w:type="dxa"/>
              <w:bottom w:w="130" w:type="dxa"/>
              <w:right w:w="120" w:type="dxa"/>
            </w:tcMar>
          </w:tcPr>
          <w:p w14:paraId="206D04EB" w14:textId="77777777" w:rsidR="008C3450" w:rsidRDefault="00000000">
            <w:pPr>
              <w:spacing w:after="0" w:line="245" w:lineRule="auto"/>
              <w:jc w:val="center"/>
              <w:rPr>
                <w:rFonts w:hint="eastAsia"/>
              </w:rPr>
            </w:pPr>
            <w:r>
              <w:rPr>
                <w:b/>
                <w:color w:val="183A5A"/>
                <w:sz w:val="17"/>
              </w:rPr>
              <w:t>PRÜFEN &amp; ANPASSEN</w:t>
            </w:r>
          </w:p>
        </w:tc>
      </w:tr>
    </w:tbl>
    <w:p w14:paraId="07F42474" w14:textId="77777777" w:rsidR="008C3450" w:rsidRDefault="00000000">
      <w:pPr>
        <w:spacing w:before="520" w:after="120"/>
        <w:rPr>
          <w:rFonts w:hint="eastAsia"/>
        </w:rPr>
      </w:pPr>
      <w:r>
        <w:rPr>
          <w:b/>
          <w:color w:val="183A5A"/>
          <w:sz w:val="22"/>
        </w:rPr>
        <w:t>Zweck der Vorlage</w:t>
      </w:r>
    </w:p>
    <w:p w14:paraId="3C2729EB" w14:textId="77777777" w:rsidR="008C3450" w:rsidRDefault="00000000">
      <w:pPr>
        <w:spacing w:after="240" w:line="269" w:lineRule="auto"/>
        <w:rPr>
          <w:rFonts w:hint="eastAsia"/>
        </w:rPr>
      </w:pPr>
      <w:r>
        <w:t>Diese Vorlage unterstützt Ausbilder dabei, einen betrieblichen Ausbildungsplan aus der jeweils geltenden Ausbildungsordnung und dem Ausbildungsrahmenplan abzuleiten. Sie ist berufsübergreifend aufgebaut und kann an Ausbildungsdauer, Abteilungen, Lernorte, betriebliche Prozesse und die eingesetzten Ausbilder angepasst werden.</w:t>
      </w:r>
    </w:p>
    <w:tbl>
      <w:tblPr>
        <w:tblW w:w="0" w:type="auto"/>
        <w:jc w:val="center"/>
        <w:tblLayout w:type="fixed"/>
        <w:tblLook w:val="04A0" w:firstRow="1" w:lastRow="0" w:firstColumn="1" w:lastColumn="0" w:noHBand="0" w:noVBand="1"/>
      </w:tblPr>
      <w:tblGrid>
        <w:gridCol w:w="1512"/>
        <w:gridCol w:w="8496"/>
      </w:tblGrid>
      <w:tr w:rsidR="008C3450" w14:paraId="5DDFBC7F" w14:textId="77777777">
        <w:trPr>
          <w:jc w:val="center"/>
        </w:trPr>
        <w:tc>
          <w:tcPr>
            <w:tcW w:w="1512" w:type="dxa"/>
            <w:tcBorders>
              <w:top w:val="nil"/>
              <w:left w:val="nil"/>
              <w:bottom w:val="nil"/>
              <w:right w:val="nil"/>
            </w:tcBorders>
            <w:shd w:val="clear" w:color="auto" w:fill="EAF5F1"/>
            <w:tcMar>
              <w:top w:w="150" w:type="dxa"/>
              <w:left w:w="150" w:type="dxa"/>
              <w:bottom w:w="150" w:type="dxa"/>
              <w:right w:w="150" w:type="dxa"/>
            </w:tcMar>
            <w:vAlign w:val="center"/>
          </w:tcPr>
          <w:p w14:paraId="457FE38E" w14:textId="77777777" w:rsidR="008C3450" w:rsidRDefault="00000000">
            <w:pPr>
              <w:jc w:val="center"/>
              <w:rPr>
                <w:rFonts w:hint="eastAsia"/>
              </w:rPr>
            </w:pPr>
            <w:r>
              <w:rPr>
                <w:b/>
                <w:color w:val="2A7F87"/>
                <w:sz w:val="17"/>
              </w:rPr>
              <w:t>Praxis</w:t>
            </w:r>
          </w:p>
        </w:tc>
        <w:tc>
          <w:tcPr>
            <w:tcW w:w="8496" w:type="dxa"/>
            <w:tcBorders>
              <w:top w:val="nil"/>
              <w:left w:val="nil"/>
              <w:bottom w:val="nil"/>
              <w:right w:val="nil"/>
            </w:tcBorders>
            <w:shd w:val="clear" w:color="auto" w:fill="EAF5F1"/>
            <w:tcMar>
              <w:top w:w="150" w:type="dxa"/>
              <w:left w:w="150" w:type="dxa"/>
              <w:bottom w:w="150" w:type="dxa"/>
              <w:right w:w="150" w:type="dxa"/>
            </w:tcMar>
            <w:vAlign w:val="center"/>
          </w:tcPr>
          <w:p w14:paraId="5649877D" w14:textId="77777777" w:rsidR="008C3450" w:rsidRDefault="00000000">
            <w:pPr>
              <w:spacing w:after="20" w:line="259" w:lineRule="auto"/>
              <w:rPr>
                <w:rFonts w:hint="eastAsia"/>
              </w:rPr>
            </w:pPr>
            <w:r>
              <w:rPr>
                <w:b/>
                <w:color w:val="183A5A"/>
              </w:rPr>
              <w:t>Wichtig: keine Ausbildungsordnung ersetzen</w:t>
            </w:r>
            <w:r>
              <w:rPr>
                <w:b/>
                <w:color w:val="183A5A"/>
              </w:rPr>
              <w:br/>
            </w:r>
            <w:r>
              <w:rPr>
                <w:sz w:val="19"/>
              </w:rPr>
              <w:t>Die konkreten Berufsbildpositionen, Fertigkeiten, Kenntnisse, Fähigkeiten und zeitlichen Richtwerte müssen aus der für den Ausbildungsberuf geltenden Ausbildungsordnung übernommen werden. Betriebliche Besonderheiten können anschließend in dieser Vorlage abgebildet werden.</w:t>
            </w:r>
          </w:p>
        </w:tc>
      </w:tr>
    </w:tbl>
    <w:p w14:paraId="6B4F382A" w14:textId="77777777" w:rsidR="008C3450" w:rsidRDefault="008C3450">
      <w:pPr>
        <w:spacing w:after="40"/>
        <w:rPr>
          <w:rFonts w:hint="eastAsia"/>
        </w:rPr>
      </w:pPr>
    </w:p>
    <w:p w14:paraId="592A8FE7" w14:textId="77777777" w:rsidR="008C3450" w:rsidRDefault="00000000">
      <w:pPr>
        <w:spacing w:before="440"/>
        <w:rPr>
          <w:rFonts w:hint="eastAsia"/>
        </w:rPr>
      </w:pPr>
      <w:r>
        <w:rPr>
          <w:color w:val="5D6B78"/>
          <w:sz w:val="18"/>
        </w:rPr>
        <w:t>Version: [Datum / Stand]     |     Verantwortlich: [Name]</w:t>
      </w:r>
    </w:p>
    <w:p w14:paraId="50DF7971" w14:textId="77777777" w:rsidR="008C3450" w:rsidRDefault="00000000">
      <w:pPr>
        <w:rPr>
          <w:rFonts w:hint="eastAsia"/>
        </w:rPr>
      </w:pPr>
      <w:r>
        <w:br w:type="page"/>
      </w:r>
    </w:p>
    <w:p w14:paraId="2842CCCD" w14:textId="77777777" w:rsidR="008C3450" w:rsidRDefault="00000000">
      <w:pPr>
        <w:spacing w:after="80" w:line="259" w:lineRule="auto"/>
        <w:rPr>
          <w:rFonts w:hint="eastAsia"/>
        </w:rPr>
      </w:pPr>
      <w:r>
        <w:rPr>
          <w:b/>
          <w:color w:val="2A7F87"/>
          <w:sz w:val="18"/>
        </w:rPr>
        <w:lastRenderedPageBreak/>
        <w:t>01</w:t>
      </w:r>
      <w:r>
        <w:rPr>
          <w:b/>
          <w:color w:val="183A5A"/>
          <w:sz w:val="36"/>
        </w:rPr>
        <w:t xml:space="preserve">  Stammdaten und Einsatzbereich</w:t>
      </w:r>
    </w:p>
    <w:p w14:paraId="25B7ABC4" w14:textId="77777777" w:rsidR="008C3450" w:rsidRDefault="00000000">
      <w:pPr>
        <w:spacing w:line="259" w:lineRule="auto"/>
        <w:rPr>
          <w:rFonts w:hint="eastAsia"/>
        </w:rPr>
      </w:pPr>
      <w:r>
        <w:rPr>
          <w:color w:val="5D6B78"/>
        </w:rPr>
        <w:t>Die wichtigsten Angaben für die individuelle betriebliche Ausbildungsplanung.</w:t>
      </w:r>
    </w:p>
    <w:tbl>
      <w:tblPr>
        <w:tblW w:w="10060" w:type="dxa"/>
        <w:jc w:val="center"/>
        <w:tblLayout w:type="fixed"/>
        <w:tblLook w:val="04A0" w:firstRow="1" w:lastRow="0" w:firstColumn="1" w:lastColumn="0" w:noHBand="0" w:noVBand="1"/>
      </w:tblPr>
      <w:tblGrid>
        <w:gridCol w:w="5083"/>
        <w:gridCol w:w="4977"/>
      </w:tblGrid>
      <w:tr w:rsidR="008C3450" w14:paraId="0EBF7C46" w14:textId="77777777" w:rsidTr="008F6FD5">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30" w:type="dxa"/>
              <w:left w:w="140" w:type="dxa"/>
              <w:bottom w:w="130" w:type="dxa"/>
              <w:right w:w="140" w:type="dxa"/>
            </w:tcMar>
          </w:tcPr>
          <w:p w14:paraId="12454922" w14:textId="77777777" w:rsidR="008C3450" w:rsidRDefault="00000000">
            <w:pPr>
              <w:spacing w:after="0" w:line="245" w:lineRule="auto"/>
              <w:rPr>
                <w:rFonts w:hint="eastAsia"/>
              </w:rPr>
            </w:pPr>
            <w:proofErr w:type="spellStart"/>
            <w:r>
              <w:rPr>
                <w:b/>
                <w:color w:val="183A5A"/>
                <w:sz w:val="19"/>
              </w:rPr>
              <w:t>Ausbildungsbetrieb</w:t>
            </w:r>
            <w:proofErr w:type="spellEnd"/>
          </w:p>
        </w:tc>
        <w:tc>
          <w:tcPr>
            <w:tcW w:w="4977" w:type="dxa"/>
            <w:tcBorders>
              <w:top w:val="single" w:sz="4" w:space="0" w:color="D7E0E8"/>
              <w:left w:val="single" w:sz="4" w:space="0" w:color="D7E0E8"/>
              <w:bottom w:val="single" w:sz="4" w:space="0" w:color="D7E0E8"/>
              <w:right w:val="single" w:sz="4" w:space="0" w:color="D7E0E8"/>
            </w:tcBorders>
            <w:tcMar>
              <w:top w:w="130" w:type="dxa"/>
              <w:left w:w="140" w:type="dxa"/>
              <w:bottom w:w="130" w:type="dxa"/>
              <w:right w:w="140" w:type="dxa"/>
            </w:tcMar>
          </w:tcPr>
          <w:p w14:paraId="07136968" w14:textId="77777777" w:rsidR="008C3450" w:rsidRDefault="00000000">
            <w:pPr>
              <w:spacing w:after="0" w:line="245" w:lineRule="auto"/>
              <w:rPr>
                <w:rFonts w:hint="eastAsia"/>
              </w:rPr>
            </w:pPr>
            <w:r>
              <w:rPr>
                <w:sz w:val="19"/>
              </w:rPr>
              <w:t>[Name / Anschrift]</w:t>
            </w:r>
          </w:p>
        </w:tc>
      </w:tr>
      <w:tr w:rsidR="008C3450" w14:paraId="0F3288CF" w14:textId="77777777" w:rsidTr="008F6FD5">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30" w:type="dxa"/>
              <w:left w:w="140" w:type="dxa"/>
              <w:bottom w:w="130" w:type="dxa"/>
              <w:right w:w="140" w:type="dxa"/>
            </w:tcMar>
          </w:tcPr>
          <w:p w14:paraId="630F3376" w14:textId="77777777" w:rsidR="008C3450" w:rsidRDefault="00000000">
            <w:pPr>
              <w:spacing w:after="0" w:line="245" w:lineRule="auto"/>
              <w:rPr>
                <w:rFonts w:hint="eastAsia"/>
              </w:rPr>
            </w:pPr>
            <w:r>
              <w:rPr>
                <w:b/>
                <w:color w:val="183A5A"/>
                <w:sz w:val="19"/>
              </w:rPr>
              <w:t>Ausbildungsberuf</w:t>
            </w:r>
          </w:p>
        </w:tc>
        <w:tc>
          <w:tcPr>
            <w:tcW w:w="4977" w:type="dxa"/>
            <w:tcBorders>
              <w:top w:val="single" w:sz="4" w:space="0" w:color="D7E0E8"/>
              <w:left w:val="single" w:sz="4" w:space="0" w:color="D7E0E8"/>
              <w:bottom w:val="single" w:sz="4" w:space="0" w:color="D7E0E8"/>
              <w:right w:val="single" w:sz="4" w:space="0" w:color="D7E0E8"/>
            </w:tcBorders>
            <w:tcMar>
              <w:top w:w="130" w:type="dxa"/>
              <w:left w:w="140" w:type="dxa"/>
              <w:bottom w:w="130" w:type="dxa"/>
              <w:right w:w="140" w:type="dxa"/>
            </w:tcMar>
          </w:tcPr>
          <w:p w14:paraId="5936323F" w14:textId="77777777" w:rsidR="008C3450" w:rsidRDefault="00000000">
            <w:pPr>
              <w:spacing w:after="0" w:line="245" w:lineRule="auto"/>
              <w:rPr>
                <w:rFonts w:hint="eastAsia"/>
              </w:rPr>
            </w:pPr>
            <w:r>
              <w:rPr>
                <w:sz w:val="19"/>
              </w:rPr>
              <w:t>[Bezeichnung laut Ausbildungsordnung]</w:t>
            </w:r>
          </w:p>
        </w:tc>
      </w:tr>
      <w:tr w:rsidR="008C3450" w14:paraId="6E8CC992" w14:textId="77777777" w:rsidTr="008F6FD5">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30" w:type="dxa"/>
              <w:left w:w="140" w:type="dxa"/>
              <w:bottom w:w="130" w:type="dxa"/>
              <w:right w:w="140" w:type="dxa"/>
            </w:tcMar>
          </w:tcPr>
          <w:p w14:paraId="20B73296" w14:textId="77777777" w:rsidR="008C3450" w:rsidRDefault="00000000">
            <w:pPr>
              <w:spacing w:after="0" w:line="245" w:lineRule="auto"/>
              <w:rPr>
                <w:rFonts w:hint="eastAsia"/>
              </w:rPr>
            </w:pPr>
            <w:r>
              <w:rPr>
                <w:b/>
                <w:color w:val="183A5A"/>
                <w:sz w:val="19"/>
              </w:rPr>
              <w:t>Auszubildende Person</w:t>
            </w:r>
          </w:p>
        </w:tc>
        <w:tc>
          <w:tcPr>
            <w:tcW w:w="4977" w:type="dxa"/>
            <w:tcBorders>
              <w:top w:val="single" w:sz="4" w:space="0" w:color="D7E0E8"/>
              <w:left w:val="single" w:sz="4" w:space="0" w:color="D7E0E8"/>
              <w:bottom w:val="single" w:sz="4" w:space="0" w:color="D7E0E8"/>
              <w:right w:val="single" w:sz="4" w:space="0" w:color="D7E0E8"/>
            </w:tcBorders>
            <w:tcMar>
              <w:top w:w="130" w:type="dxa"/>
              <w:left w:w="140" w:type="dxa"/>
              <w:bottom w:w="130" w:type="dxa"/>
              <w:right w:w="140" w:type="dxa"/>
            </w:tcMar>
          </w:tcPr>
          <w:p w14:paraId="2F1C5F9D" w14:textId="77777777" w:rsidR="008C3450" w:rsidRDefault="00000000">
            <w:pPr>
              <w:spacing w:after="0" w:line="245" w:lineRule="auto"/>
              <w:rPr>
                <w:rFonts w:hint="eastAsia"/>
              </w:rPr>
            </w:pPr>
            <w:r>
              <w:rPr>
                <w:sz w:val="19"/>
              </w:rPr>
              <w:t>[Vor- und Nachname]</w:t>
            </w:r>
          </w:p>
        </w:tc>
      </w:tr>
      <w:tr w:rsidR="008C3450" w14:paraId="5CF597AC" w14:textId="77777777" w:rsidTr="008F6FD5">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30" w:type="dxa"/>
              <w:left w:w="140" w:type="dxa"/>
              <w:bottom w:w="130" w:type="dxa"/>
              <w:right w:w="140" w:type="dxa"/>
            </w:tcMar>
          </w:tcPr>
          <w:p w14:paraId="2A1DE771" w14:textId="77777777" w:rsidR="008C3450" w:rsidRDefault="00000000">
            <w:pPr>
              <w:spacing w:after="0" w:line="245" w:lineRule="auto"/>
              <w:rPr>
                <w:rFonts w:hint="eastAsia"/>
              </w:rPr>
            </w:pPr>
            <w:r>
              <w:rPr>
                <w:b/>
                <w:color w:val="183A5A"/>
                <w:sz w:val="19"/>
              </w:rPr>
              <w:t>Ausbildungszeit</w:t>
            </w:r>
          </w:p>
        </w:tc>
        <w:tc>
          <w:tcPr>
            <w:tcW w:w="4977" w:type="dxa"/>
            <w:tcBorders>
              <w:top w:val="single" w:sz="4" w:space="0" w:color="D7E0E8"/>
              <w:left w:val="single" w:sz="4" w:space="0" w:color="D7E0E8"/>
              <w:bottom w:val="single" w:sz="4" w:space="0" w:color="D7E0E8"/>
              <w:right w:val="single" w:sz="4" w:space="0" w:color="D7E0E8"/>
            </w:tcBorders>
            <w:tcMar>
              <w:top w:w="130" w:type="dxa"/>
              <w:left w:w="140" w:type="dxa"/>
              <w:bottom w:w="130" w:type="dxa"/>
              <w:right w:w="140" w:type="dxa"/>
            </w:tcMar>
          </w:tcPr>
          <w:p w14:paraId="5844A833" w14:textId="77777777" w:rsidR="008C3450" w:rsidRDefault="00000000">
            <w:pPr>
              <w:spacing w:after="0" w:line="245" w:lineRule="auto"/>
              <w:rPr>
                <w:rFonts w:hint="eastAsia"/>
              </w:rPr>
            </w:pPr>
            <w:r>
              <w:rPr>
                <w:sz w:val="19"/>
              </w:rPr>
              <w:t>[Beginn] bis [Ende] | Dauer: [24 / 36 / 42 Monate]</w:t>
            </w:r>
          </w:p>
        </w:tc>
      </w:tr>
      <w:tr w:rsidR="008C3450" w14:paraId="1948AA47" w14:textId="77777777" w:rsidTr="008F6FD5">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30" w:type="dxa"/>
              <w:left w:w="140" w:type="dxa"/>
              <w:bottom w:w="130" w:type="dxa"/>
              <w:right w:w="140" w:type="dxa"/>
            </w:tcMar>
          </w:tcPr>
          <w:p w14:paraId="54C897F2" w14:textId="77777777" w:rsidR="008C3450" w:rsidRDefault="00000000">
            <w:pPr>
              <w:spacing w:after="0" w:line="245" w:lineRule="auto"/>
              <w:rPr>
                <w:rFonts w:hint="eastAsia"/>
              </w:rPr>
            </w:pPr>
            <w:r>
              <w:rPr>
                <w:b/>
                <w:color w:val="183A5A"/>
                <w:sz w:val="19"/>
              </w:rPr>
              <w:t>Verantwortlicher Ausbilder</w:t>
            </w:r>
          </w:p>
        </w:tc>
        <w:tc>
          <w:tcPr>
            <w:tcW w:w="4977" w:type="dxa"/>
            <w:tcBorders>
              <w:top w:val="single" w:sz="4" w:space="0" w:color="D7E0E8"/>
              <w:left w:val="single" w:sz="4" w:space="0" w:color="D7E0E8"/>
              <w:bottom w:val="single" w:sz="4" w:space="0" w:color="D7E0E8"/>
              <w:right w:val="single" w:sz="4" w:space="0" w:color="D7E0E8"/>
            </w:tcBorders>
            <w:tcMar>
              <w:top w:w="130" w:type="dxa"/>
              <w:left w:w="140" w:type="dxa"/>
              <w:bottom w:w="130" w:type="dxa"/>
              <w:right w:w="140" w:type="dxa"/>
            </w:tcMar>
          </w:tcPr>
          <w:p w14:paraId="2E79FF6C" w14:textId="77777777" w:rsidR="008C3450" w:rsidRDefault="00000000">
            <w:pPr>
              <w:spacing w:after="0" w:line="245" w:lineRule="auto"/>
              <w:rPr>
                <w:rFonts w:hint="eastAsia"/>
              </w:rPr>
            </w:pPr>
            <w:r>
              <w:rPr>
                <w:sz w:val="19"/>
              </w:rPr>
              <w:t>[Name / Funktion / Kontakt]</w:t>
            </w:r>
          </w:p>
        </w:tc>
      </w:tr>
      <w:tr w:rsidR="008C3450" w14:paraId="0388EB1C" w14:textId="77777777" w:rsidTr="008F6FD5">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30" w:type="dxa"/>
              <w:left w:w="140" w:type="dxa"/>
              <w:bottom w:w="130" w:type="dxa"/>
              <w:right w:w="140" w:type="dxa"/>
            </w:tcMar>
          </w:tcPr>
          <w:p w14:paraId="13B929AE" w14:textId="77777777" w:rsidR="008C3450" w:rsidRDefault="00000000">
            <w:pPr>
              <w:spacing w:after="0" w:line="245" w:lineRule="auto"/>
              <w:rPr>
                <w:rFonts w:hint="eastAsia"/>
              </w:rPr>
            </w:pPr>
            <w:r>
              <w:rPr>
                <w:b/>
                <w:color w:val="183A5A"/>
                <w:sz w:val="19"/>
              </w:rPr>
              <w:t>Berufsschule / zuständige Stelle</w:t>
            </w:r>
          </w:p>
        </w:tc>
        <w:tc>
          <w:tcPr>
            <w:tcW w:w="4977" w:type="dxa"/>
            <w:tcBorders>
              <w:top w:val="single" w:sz="4" w:space="0" w:color="D7E0E8"/>
              <w:left w:val="single" w:sz="4" w:space="0" w:color="D7E0E8"/>
              <w:bottom w:val="single" w:sz="4" w:space="0" w:color="D7E0E8"/>
              <w:right w:val="single" w:sz="4" w:space="0" w:color="D7E0E8"/>
            </w:tcBorders>
            <w:tcMar>
              <w:top w:w="130" w:type="dxa"/>
              <w:left w:w="140" w:type="dxa"/>
              <w:bottom w:w="130" w:type="dxa"/>
              <w:right w:w="140" w:type="dxa"/>
            </w:tcMar>
          </w:tcPr>
          <w:p w14:paraId="4180C16B" w14:textId="77777777" w:rsidR="008C3450" w:rsidRDefault="00000000">
            <w:pPr>
              <w:spacing w:after="0" w:line="245" w:lineRule="auto"/>
              <w:rPr>
                <w:rFonts w:hint="eastAsia"/>
              </w:rPr>
            </w:pPr>
            <w:r>
              <w:rPr>
                <w:sz w:val="19"/>
              </w:rPr>
              <w:t>[Schule] | [IHK / HWK / sonstige Stelle]</w:t>
            </w:r>
          </w:p>
        </w:tc>
      </w:tr>
    </w:tbl>
    <w:p w14:paraId="36B03E5B" w14:textId="77777777" w:rsidR="008C3450" w:rsidRDefault="00000000">
      <w:pPr>
        <w:pStyle w:val="berschrift2"/>
      </w:pPr>
      <w:proofErr w:type="spellStart"/>
      <w:r>
        <w:t>Anwendung</w:t>
      </w:r>
      <w:proofErr w:type="spellEnd"/>
      <w:r>
        <w:t xml:space="preserve"> der Vorlage</w:t>
      </w:r>
    </w:p>
    <w:p w14:paraId="2254F0D8" w14:textId="77777777" w:rsidR="008C3450" w:rsidRDefault="00000000">
      <w:pPr>
        <w:pStyle w:val="Aufzhlungszeichen"/>
        <w:spacing w:after="60" w:line="259" w:lineRule="auto"/>
        <w:ind w:left="346" w:hanging="173"/>
        <w:rPr>
          <w:rFonts w:hint="eastAsia"/>
        </w:rPr>
      </w:pPr>
      <w:r>
        <w:t>Ausbildungsberuf und Ausbildungsdauer eintragen und die aktuelle Ausbildungsordnung heranziehen.</w:t>
      </w:r>
    </w:p>
    <w:p w14:paraId="2FA84265" w14:textId="77777777" w:rsidR="008C3450" w:rsidRDefault="00000000">
      <w:pPr>
        <w:pStyle w:val="Aufzhlungszeichen"/>
        <w:spacing w:after="60" w:line="259" w:lineRule="auto"/>
        <w:ind w:left="346" w:hanging="173"/>
        <w:rPr>
          <w:rFonts w:hint="eastAsia"/>
        </w:rPr>
      </w:pPr>
      <w:r>
        <w:t>Berufsbildpositionen und zeitliche Richtwerte aus dem Ausbildungsrahmenplan in die Planungsmatrix übertragen.</w:t>
      </w:r>
    </w:p>
    <w:p w14:paraId="6507F1CF" w14:textId="77777777" w:rsidR="008C3450" w:rsidRDefault="00000000">
      <w:pPr>
        <w:pStyle w:val="Aufzhlungszeichen"/>
        <w:spacing w:after="60" w:line="259" w:lineRule="auto"/>
        <w:ind w:left="346" w:hanging="173"/>
        <w:rPr>
          <w:rFonts w:hint="eastAsia"/>
        </w:rPr>
      </w:pPr>
      <w:r>
        <w:t>Betriebliche Tätigkeiten, Lernorte und Abteilungen den Ausbildungsinhalten zuordnen.</w:t>
      </w:r>
    </w:p>
    <w:p w14:paraId="7CD47939" w14:textId="77777777" w:rsidR="008C3450" w:rsidRDefault="00000000">
      <w:pPr>
        <w:pStyle w:val="Aufzhlungszeichen"/>
        <w:spacing w:after="60" w:line="259" w:lineRule="auto"/>
        <w:ind w:left="346" w:hanging="173"/>
        <w:rPr>
          <w:rFonts w:hint="eastAsia"/>
        </w:rPr>
      </w:pPr>
      <w:r>
        <w:t>Für jeden Abschnitt verantwortliche Ausbilder oder Fachausbilder benennen und Vertretungen festlegen.</w:t>
      </w:r>
    </w:p>
    <w:p w14:paraId="7E3B768A" w14:textId="77777777" w:rsidR="008C3450" w:rsidRDefault="00000000">
      <w:pPr>
        <w:pStyle w:val="Aufzhlungszeichen"/>
        <w:spacing w:after="60" w:line="259" w:lineRule="auto"/>
        <w:ind w:left="346" w:hanging="173"/>
        <w:rPr>
          <w:rFonts w:hint="eastAsia"/>
        </w:rPr>
      </w:pPr>
      <w:r>
        <w:t>Ausbildungsfortschritt regelmäßig prüfen, dokumentieren und bei Bedarf sachlich oder zeitlich anpassen.</w:t>
      </w:r>
    </w:p>
    <w:tbl>
      <w:tblPr>
        <w:tblW w:w="0" w:type="auto"/>
        <w:jc w:val="center"/>
        <w:tblLayout w:type="fixed"/>
        <w:tblLook w:val="04A0" w:firstRow="1" w:lastRow="0" w:firstColumn="1" w:lastColumn="0" w:noHBand="0" w:noVBand="1"/>
      </w:tblPr>
      <w:tblGrid>
        <w:gridCol w:w="1512"/>
        <w:gridCol w:w="8496"/>
      </w:tblGrid>
      <w:tr w:rsidR="008C3450" w14:paraId="629C4D75" w14:textId="77777777">
        <w:trPr>
          <w:jc w:val="center"/>
        </w:trPr>
        <w:tc>
          <w:tcPr>
            <w:tcW w:w="1512" w:type="dxa"/>
            <w:tcBorders>
              <w:top w:val="nil"/>
              <w:left w:val="nil"/>
              <w:bottom w:val="nil"/>
              <w:right w:val="nil"/>
            </w:tcBorders>
            <w:shd w:val="clear" w:color="auto" w:fill="EAF2F8"/>
            <w:tcMar>
              <w:top w:w="150" w:type="dxa"/>
              <w:left w:w="150" w:type="dxa"/>
              <w:bottom w:w="150" w:type="dxa"/>
              <w:right w:w="150" w:type="dxa"/>
            </w:tcMar>
            <w:vAlign w:val="center"/>
          </w:tcPr>
          <w:p w14:paraId="4A3F8FA2" w14:textId="77777777" w:rsidR="008C3450" w:rsidRDefault="00000000">
            <w:pPr>
              <w:jc w:val="center"/>
              <w:rPr>
                <w:rFonts w:hint="eastAsia"/>
              </w:rPr>
            </w:pPr>
            <w:r>
              <w:rPr>
                <w:b/>
                <w:color w:val="2A7F87"/>
                <w:sz w:val="17"/>
              </w:rPr>
              <w:t>Recht</w:t>
            </w:r>
          </w:p>
        </w:tc>
        <w:tc>
          <w:tcPr>
            <w:tcW w:w="8496" w:type="dxa"/>
            <w:tcBorders>
              <w:top w:val="nil"/>
              <w:left w:val="nil"/>
              <w:bottom w:val="nil"/>
              <w:right w:val="nil"/>
            </w:tcBorders>
            <w:shd w:val="clear" w:color="auto" w:fill="EAF2F8"/>
            <w:tcMar>
              <w:top w:w="150" w:type="dxa"/>
              <w:left w:w="150" w:type="dxa"/>
              <w:bottom w:w="150" w:type="dxa"/>
              <w:right w:w="150" w:type="dxa"/>
            </w:tcMar>
            <w:vAlign w:val="center"/>
          </w:tcPr>
          <w:p w14:paraId="03760B4D" w14:textId="77777777" w:rsidR="008C3450" w:rsidRDefault="00000000">
            <w:pPr>
              <w:spacing w:after="20" w:line="259" w:lineRule="auto"/>
              <w:rPr>
                <w:rFonts w:hint="eastAsia"/>
              </w:rPr>
            </w:pPr>
            <w:r>
              <w:rPr>
                <w:b/>
                <w:color w:val="183A5A"/>
              </w:rPr>
              <w:t>Planmäßige Durchführung</w:t>
            </w:r>
            <w:r>
              <w:rPr>
                <w:b/>
                <w:color w:val="183A5A"/>
              </w:rPr>
              <w:br/>
            </w:r>
            <w:r>
              <w:rPr>
                <w:sz w:val="19"/>
              </w:rPr>
              <w:t>Nach § 14 BBiG ist die Berufsausbildung so planmäßig sowie zeitlich und sachlich gegliedert durchzuführen, dass das Ausbildungsziel in der vorgesehenen Ausbildungszeit erreicht werden kann.</w:t>
            </w:r>
          </w:p>
        </w:tc>
      </w:tr>
    </w:tbl>
    <w:p w14:paraId="21545C18" w14:textId="77777777" w:rsidR="008C3450" w:rsidRDefault="008C3450">
      <w:pPr>
        <w:spacing w:after="40"/>
        <w:rPr>
          <w:rFonts w:hint="eastAsia"/>
        </w:rPr>
      </w:pPr>
    </w:p>
    <w:p w14:paraId="3C5DCF59" w14:textId="77777777" w:rsidR="008C3450" w:rsidRDefault="00000000">
      <w:pPr>
        <w:pStyle w:val="berschrift2"/>
      </w:pPr>
      <w:r>
        <w:t>Dokumentenstatus</w:t>
      </w:r>
    </w:p>
    <w:tbl>
      <w:tblPr>
        <w:tblW w:w="0" w:type="auto"/>
        <w:jc w:val="center"/>
        <w:tblLayout w:type="fixed"/>
        <w:tblLook w:val="04A0" w:firstRow="1" w:lastRow="0" w:firstColumn="1" w:lastColumn="0" w:noHBand="0" w:noVBand="1"/>
      </w:tblPr>
      <w:tblGrid>
        <w:gridCol w:w="1584"/>
        <w:gridCol w:w="2160"/>
        <w:gridCol w:w="6264"/>
      </w:tblGrid>
      <w:tr w:rsidR="008C3450" w14:paraId="6D5D825A" w14:textId="77777777">
        <w:trPr>
          <w:cantSplit/>
          <w:tblHeader/>
          <w:jc w:val="center"/>
        </w:trPr>
        <w:tc>
          <w:tcPr>
            <w:tcW w:w="1584"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75E85FDF" w14:textId="77777777" w:rsidR="008C3450" w:rsidRDefault="00000000">
            <w:pPr>
              <w:spacing w:after="0" w:line="245" w:lineRule="auto"/>
              <w:rPr>
                <w:rFonts w:hint="eastAsia"/>
              </w:rPr>
            </w:pPr>
            <w:r>
              <w:rPr>
                <w:b/>
                <w:color w:val="FFFFFF"/>
                <w:sz w:val="18"/>
              </w:rPr>
              <w:t>Version</w:t>
            </w:r>
          </w:p>
        </w:tc>
        <w:tc>
          <w:tcPr>
            <w:tcW w:w="2160"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6EB2E658" w14:textId="77777777" w:rsidR="008C3450" w:rsidRDefault="00000000">
            <w:pPr>
              <w:spacing w:after="0" w:line="245" w:lineRule="auto"/>
              <w:rPr>
                <w:rFonts w:hint="eastAsia"/>
              </w:rPr>
            </w:pPr>
            <w:r>
              <w:rPr>
                <w:b/>
                <w:color w:val="FFFFFF"/>
                <w:sz w:val="18"/>
              </w:rPr>
              <w:t>Gültig ab</w:t>
            </w:r>
          </w:p>
        </w:tc>
        <w:tc>
          <w:tcPr>
            <w:tcW w:w="6264"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603BB361" w14:textId="77777777" w:rsidR="008C3450" w:rsidRDefault="00000000">
            <w:pPr>
              <w:spacing w:after="0" w:line="245" w:lineRule="auto"/>
              <w:rPr>
                <w:rFonts w:hint="eastAsia"/>
              </w:rPr>
            </w:pPr>
            <w:r>
              <w:rPr>
                <w:b/>
                <w:color w:val="FFFFFF"/>
                <w:sz w:val="18"/>
              </w:rPr>
              <w:t>Freigabe / Änderung</w:t>
            </w:r>
          </w:p>
        </w:tc>
      </w:tr>
      <w:tr w:rsidR="008C3450" w14:paraId="6BE35C5C" w14:textId="77777777">
        <w:trPr>
          <w:cantSplit/>
          <w:jc w:val="center"/>
        </w:trPr>
        <w:tc>
          <w:tcPr>
            <w:tcW w:w="158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75EA909" w14:textId="77777777" w:rsidR="008C3450" w:rsidRDefault="00000000">
            <w:pPr>
              <w:spacing w:after="0" w:line="245" w:lineRule="auto"/>
              <w:rPr>
                <w:rFonts w:hint="eastAsia"/>
              </w:rPr>
            </w:pPr>
            <w:r>
              <w:rPr>
                <w:sz w:val="18"/>
              </w:rPr>
              <w:t>[1.0]</w:t>
            </w:r>
          </w:p>
        </w:tc>
        <w:tc>
          <w:tcPr>
            <w:tcW w:w="216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5879F4D" w14:textId="77777777" w:rsidR="008C3450" w:rsidRDefault="00000000">
            <w:pPr>
              <w:spacing w:after="0" w:line="245" w:lineRule="auto"/>
              <w:rPr>
                <w:rFonts w:hint="eastAsia"/>
              </w:rPr>
            </w:pPr>
            <w:r>
              <w:rPr>
                <w:sz w:val="18"/>
              </w:rPr>
              <w:t>[Datum]</w:t>
            </w:r>
          </w:p>
        </w:tc>
        <w:tc>
          <w:tcPr>
            <w:tcW w:w="62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EF72F6D" w14:textId="77777777" w:rsidR="008C3450" w:rsidRDefault="00000000">
            <w:pPr>
              <w:spacing w:after="0" w:line="245" w:lineRule="auto"/>
              <w:rPr>
                <w:rFonts w:hint="eastAsia"/>
              </w:rPr>
            </w:pPr>
            <w:r>
              <w:rPr>
                <w:sz w:val="18"/>
              </w:rPr>
              <w:t>[Erstfassung / Name]</w:t>
            </w:r>
          </w:p>
        </w:tc>
      </w:tr>
      <w:tr w:rsidR="008C3450" w14:paraId="118E6BE8" w14:textId="77777777">
        <w:trPr>
          <w:cantSplit/>
          <w:jc w:val="center"/>
        </w:trPr>
        <w:tc>
          <w:tcPr>
            <w:tcW w:w="158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C5B27B1" w14:textId="77777777" w:rsidR="008C3450" w:rsidRDefault="00000000">
            <w:pPr>
              <w:spacing w:after="0" w:line="245" w:lineRule="auto"/>
              <w:rPr>
                <w:rFonts w:hint="eastAsia"/>
              </w:rPr>
            </w:pPr>
            <w:r>
              <w:rPr>
                <w:sz w:val="18"/>
              </w:rPr>
              <w:t>[ ]</w:t>
            </w:r>
          </w:p>
        </w:tc>
        <w:tc>
          <w:tcPr>
            <w:tcW w:w="216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00E64EE" w14:textId="77777777" w:rsidR="008C3450" w:rsidRDefault="00000000">
            <w:pPr>
              <w:spacing w:after="0" w:line="245" w:lineRule="auto"/>
              <w:rPr>
                <w:rFonts w:hint="eastAsia"/>
              </w:rPr>
            </w:pPr>
            <w:r>
              <w:rPr>
                <w:sz w:val="18"/>
              </w:rPr>
              <w:t>[ ]</w:t>
            </w:r>
          </w:p>
        </w:tc>
        <w:tc>
          <w:tcPr>
            <w:tcW w:w="62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342B7B4" w14:textId="77777777" w:rsidR="008C3450" w:rsidRDefault="00000000">
            <w:pPr>
              <w:spacing w:after="0" w:line="245" w:lineRule="auto"/>
              <w:rPr>
                <w:rFonts w:hint="eastAsia"/>
              </w:rPr>
            </w:pPr>
            <w:r>
              <w:rPr>
                <w:sz w:val="18"/>
              </w:rPr>
              <w:t>[ ]</w:t>
            </w:r>
          </w:p>
        </w:tc>
      </w:tr>
      <w:tr w:rsidR="008C3450" w14:paraId="64A90FFC" w14:textId="77777777">
        <w:trPr>
          <w:cantSplit/>
          <w:jc w:val="center"/>
        </w:trPr>
        <w:tc>
          <w:tcPr>
            <w:tcW w:w="158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FCE4BE5" w14:textId="77777777" w:rsidR="008C3450" w:rsidRDefault="00000000">
            <w:pPr>
              <w:spacing w:after="0" w:line="245" w:lineRule="auto"/>
              <w:rPr>
                <w:rFonts w:hint="eastAsia"/>
              </w:rPr>
            </w:pPr>
            <w:r>
              <w:rPr>
                <w:sz w:val="18"/>
              </w:rPr>
              <w:t>[ ]</w:t>
            </w:r>
          </w:p>
        </w:tc>
        <w:tc>
          <w:tcPr>
            <w:tcW w:w="216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84254E7" w14:textId="77777777" w:rsidR="008C3450" w:rsidRDefault="00000000">
            <w:pPr>
              <w:spacing w:after="0" w:line="245" w:lineRule="auto"/>
              <w:rPr>
                <w:rFonts w:hint="eastAsia"/>
              </w:rPr>
            </w:pPr>
            <w:r>
              <w:rPr>
                <w:sz w:val="18"/>
              </w:rPr>
              <w:t>[ ]</w:t>
            </w:r>
          </w:p>
        </w:tc>
        <w:tc>
          <w:tcPr>
            <w:tcW w:w="62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3BFEB0D" w14:textId="77777777" w:rsidR="008C3450" w:rsidRDefault="00000000">
            <w:pPr>
              <w:spacing w:after="0" w:line="245" w:lineRule="auto"/>
              <w:rPr>
                <w:rFonts w:hint="eastAsia"/>
              </w:rPr>
            </w:pPr>
            <w:r>
              <w:rPr>
                <w:sz w:val="18"/>
              </w:rPr>
              <w:t>[ ]</w:t>
            </w:r>
          </w:p>
        </w:tc>
      </w:tr>
    </w:tbl>
    <w:p w14:paraId="44D73494" w14:textId="77777777" w:rsidR="008C3450" w:rsidRDefault="00000000">
      <w:pPr>
        <w:rPr>
          <w:rFonts w:hint="eastAsia"/>
        </w:rPr>
      </w:pPr>
      <w:r>
        <w:br w:type="page"/>
      </w:r>
    </w:p>
    <w:p w14:paraId="0F08D92D" w14:textId="77777777" w:rsidR="008C3450" w:rsidRDefault="00000000">
      <w:pPr>
        <w:spacing w:after="80" w:line="259" w:lineRule="auto"/>
        <w:rPr>
          <w:rFonts w:hint="eastAsia"/>
        </w:rPr>
      </w:pPr>
      <w:r>
        <w:rPr>
          <w:b/>
          <w:color w:val="2A7F87"/>
          <w:sz w:val="18"/>
        </w:rPr>
        <w:lastRenderedPageBreak/>
        <w:t>02</w:t>
      </w:r>
      <w:r>
        <w:rPr>
          <w:b/>
          <w:color w:val="183A5A"/>
          <w:sz w:val="36"/>
        </w:rPr>
        <w:t xml:space="preserve">  Ausbildungsziele und Qualitätsgrundsätze</w:t>
      </w:r>
    </w:p>
    <w:p w14:paraId="61804ACB" w14:textId="77777777" w:rsidR="008C3450" w:rsidRDefault="00000000">
      <w:pPr>
        <w:spacing w:line="259" w:lineRule="auto"/>
        <w:rPr>
          <w:rFonts w:hint="eastAsia"/>
        </w:rPr>
      </w:pPr>
      <w:r>
        <w:rPr>
          <w:color w:val="5D6B78"/>
        </w:rPr>
        <w:t>Berufliche Handlungsfähigkeit entsteht durch geplantes Lernen im Arbeitsprozess.</w:t>
      </w:r>
    </w:p>
    <w:p w14:paraId="11C23779" w14:textId="77777777" w:rsidR="008C3450" w:rsidRDefault="00000000">
      <w:pPr>
        <w:pStyle w:val="berschrift2"/>
      </w:pPr>
      <w:r>
        <w:t>Übergeordnetes Ausbildungsziel</w:t>
      </w:r>
    </w:p>
    <w:p w14:paraId="62D6DBBF" w14:textId="77777777" w:rsidR="008C3450" w:rsidRDefault="00000000">
      <w:pPr>
        <w:spacing w:after="120" w:line="269" w:lineRule="auto"/>
        <w:rPr>
          <w:rFonts w:hint="eastAsia"/>
        </w:rPr>
      </w:pPr>
      <w:r>
        <w:t>Die Ausbildung soll die Auszubildenden schrittweise dazu befähigen, berufstypische Aufgaben selbstständig zu planen, durchzuführen, zu kontrollieren und zu bewerten. Die betriebliche Ausbildung verbindet dabei fachliche, methodische, soziale und personale Kompetenzen mit den Anforderungen der Berufsschule und der betrieblichen Praxis.</w:t>
      </w:r>
    </w:p>
    <w:p w14:paraId="67B91077" w14:textId="77777777" w:rsidR="008C3450" w:rsidRDefault="00000000">
      <w:pPr>
        <w:pStyle w:val="berschrift2"/>
      </w:pPr>
      <w:r>
        <w:t>Qualitätsgrundsätze für Ausbilder</w:t>
      </w:r>
    </w:p>
    <w:tbl>
      <w:tblPr>
        <w:tblW w:w="10060" w:type="dxa"/>
        <w:jc w:val="center"/>
        <w:tblLayout w:type="fixed"/>
        <w:tblLook w:val="04A0" w:firstRow="1" w:lastRow="0" w:firstColumn="1" w:lastColumn="0" w:noHBand="0" w:noVBand="1"/>
      </w:tblPr>
      <w:tblGrid>
        <w:gridCol w:w="4010"/>
        <w:gridCol w:w="6050"/>
      </w:tblGrid>
      <w:tr w:rsidR="008C3450" w14:paraId="55D02B09" w14:textId="77777777" w:rsidTr="008F6FD5">
        <w:trPr>
          <w:trHeight w:val="236"/>
          <w:jc w:val="center"/>
        </w:trPr>
        <w:tc>
          <w:tcPr>
            <w:tcW w:w="4010" w:type="dxa"/>
            <w:tcBorders>
              <w:top w:val="single" w:sz="4" w:space="0" w:color="D7E0E8"/>
              <w:left w:val="single" w:sz="4" w:space="0" w:color="D7E0E8"/>
              <w:bottom w:val="single" w:sz="4" w:space="0" w:color="D7E0E8"/>
              <w:right w:val="single" w:sz="4" w:space="0" w:color="D7E0E8"/>
            </w:tcBorders>
            <w:shd w:val="clear" w:color="auto" w:fill="EAF2F8"/>
            <w:tcMar>
              <w:top w:w="110" w:type="dxa"/>
              <w:left w:w="120" w:type="dxa"/>
              <w:bottom w:w="110" w:type="dxa"/>
              <w:right w:w="120" w:type="dxa"/>
            </w:tcMar>
          </w:tcPr>
          <w:p w14:paraId="41B99C84" w14:textId="77777777" w:rsidR="008C3450" w:rsidRDefault="00000000">
            <w:pPr>
              <w:spacing w:after="0" w:line="245" w:lineRule="auto"/>
              <w:rPr>
                <w:rFonts w:hint="eastAsia"/>
              </w:rPr>
            </w:pPr>
            <w:r>
              <w:rPr>
                <w:b/>
                <w:color w:val="183A5A"/>
                <w:sz w:val="18"/>
              </w:rPr>
              <w:t>1. Zielklarheit</w:t>
            </w:r>
          </w:p>
        </w:tc>
        <w:tc>
          <w:tcPr>
            <w:tcW w:w="6050" w:type="dxa"/>
            <w:tcBorders>
              <w:top w:val="single" w:sz="4" w:space="0" w:color="D7E0E8"/>
              <w:left w:val="single" w:sz="4" w:space="0" w:color="D7E0E8"/>
              <w:bottom w:val="single" w:sz="4" w:space="0" w:color="D7E0E8"/>
              <w:right w:val="single" w:sz="4" w:space="0" w:color="D7E0E8"/>
            </w:tcBorders>
            <w:tcMar>
              <w:top w:w="110" w:type="dxa"/>
              <w:left w:w="120" w:type="dxa"/>
              <w:bottom w:w="110" w:type="dxa"/>
              <w:right w:w="120" w:type="dxa"/>
            </w:tcMar>
          </w:tcPr>
          <w:p w14:paraId="08B65464" w14:textId="77777777" w:rsidR="008C3450" w:rsidRDefault="00000000">
            <w:pPr>
              <w:spacing w:after="0" w:line="245" w:lineRule="auto"/>
              <w:rPr>
                <w:rFonts w:hint="eastAsia"/>
              </w:rPr>
            </w:pPr>
            <w:r>
              <w:rPr>
                <w:sz w:val="18"/>
              </w:rPr>
              <w:t>Lernziele vor dem Einsatz erläutern und mit konkreten Arbeitsaufträgen verbinden.</w:t>
            </w:r>
          </w:p>
        </w:tc>
      </w:tr>
      <w:tr w:rsidR="008C3450" w14:paraId="04A086E7" w14:textId="77777777" w:rsidTr="008F6FD5">
        <w:trPr>
          <w:trHeight w:val="472"/>
          <w:jc w:val="center"/>
        </w:trPr>
        <w:tc>
          <w:tcPr>
            <w:tcW w:w="4010" w:type="dxa"/>
            <w:tcBorders>
              <w:top w:val="single" w:sz="4" w:space="0" w:color="D7E0E8"/>
              <w:left w:val="single" w:sz="4" w:space="0" w:color="D7E0E8"/>
              <w:bottom w:val="single" w:sz="4" w:space="0" w:color="D7E0E8"/>
              <w:right w:val="single" w:sz="4" w:space="0" w:color="D7E0E8"/>
            </w:tcBorders>
            <w:shd w:val="clear" w:color="auto" w:fill="EAF2F8"/>
            <w:tcMar>
              <w:top w:w="110" w:type="dxa"/>
              <w:left w:w="120" w:type="dxa"/>
              <w:bottom w:w="110" w:type="dxa"/>
              <w:right w:w="120" w:type="dxa"/>
            </w:tcMar>
          </w:tcPr>
          <w:p w14:paraId="2E0FE6A4" w14:textId="77777777" w:rsidR="008C3450" w:rsidRDefault="00000000">
            <w:pPr>
              <w:spacing w:after="0" w:line="245" w:lineRule="auto"/>
              <w:rPr>
                <w:rFonts w:hint="eastAsia"/>
              </w:rPr>
            </w:pPr>
            <w:r>
              <w:rPr>
                <w:b/>
                <w:color w:val="183A5A"/>
                <w:sz w:val="18"/>
              </w:rPr>
              <w:t>2. Vom Einfachen zum Komplexen</w:t>
            </w:r>
          </w:p>
        </w:tc>
        <w:tc>
          <w:tcPr>
            <w:tcW w:w="6050" w:type="dxa"/>
            <w:tcBorders>
              <w:top w:val="single" w:sz="4" w:space="0" w:color="D7E0E8"/>
              <w:left w:val="single" w:sz="4" w:space="0" w:color="D7E0E8"/>
              <w:bottom w:val="single" w:sz="4" w:space="0" w:color="D7E0E8"/>
              <w:right w:val="single" w:sz="4" w:space="0" w:color="D7E0E8"/>
            </w:tcBorders>
            <w:tcMar>
              <w:top w:w="110" w:type="dxa"/>
              <w:left w:w="120" w:type="dxa"/>
              <w:bottom w:w="110" w:type="dxa"/>
              <w:right w:w="120" w:type="dxa"/>
            </w:tcMar>
          </w:tcPr>
          <w:p w14:paraId="330FEA69" w14:textId="77777777" w:rsidR="008C3450" w:rsidRDefault="00000000">
            <w:pPr>
              <w:spacing w:after="0" w:line="245" w:lineRule="auto"/>
              <w:rPr>
                <w:rFonts w:hint="eastAsia"/>
              </w:rPr>
            </w:pPr>
            <w:r>
              <w:rPr>
                <w:sz w:val="18"/>
              </w:rPr>
              <w:t>Anforderungen schrittweise steigern: beobachten, angeleitet ausführen, selbstständig bearbeiten.</w:t>
            </w:r>
          </w:p>
        </w:tc>
      </w:tr>
      <w:tr w:rsidR="008C3450" w14:paraId="08C9A54C" w14:textId="77777777" w:rsidTr="008F6FD5">
        <w:trPr>
          <w:trHeight w:val="472"/>
          <w:jc w:val="center"/>
        </w:trPr>
        <w:tc>
          <w:tcPr>
            <w:tcW w:w="4010" w:type="dxa"/>
            <w:tcBorders>
              <w:top w:val="single" w:sz="4" w:space="0" w:color="D7E0E8"/>
              <w:left w:val="single" w:sz="4" w:space="0" w:color="D7E0E8"/>
              <w:bottom w:val="single" w:sz="4" w:space="0" w:color="D7E0E8"/>
              <w:right w:val="single" w:sz="4" w:space="0" w:color="D7E0E8"/>
            </w:tcBorders>
            <w:shd w:val="clear" w:color="auto" w:fill="EAF2F8"/>
            <w:tcMar>
              <w:top w:w="110" w:type="dxa"/>
              <w:left w:w="120" w:type="dxa"/>
              <w:bottom w:w="110" w:type="dxa"/>
              <w:right w:w="120" w:type="dxa"/>
            </w:tcMar>
          </w:tcPr>
          <w:p w14:paraId="1D640DB5" w14:textId="77777777" w:rsidR="008C3450" w:rsidRDefault="00000000">
            <w:pPr>
              <w:spacing w:after="0" w:line="245" w:lineRule="auto"/>
              <w:rPr>
                <w:rFonts w:hint="eastAsia"/>
              </w:rPr>
            </w:pPr>
            <w:r>
              <w:rPr>
                <w:b/>
                <w:color w:val="183A5A"/>
                <w:sz w:val="18"/>
              </w:rPr>
              <w:t>3. Praxisbezug</w:t>
            </w:r>
          </w:p>
        </w:tc>
        <w:tc>
          <w:tcPr>
            <w:tcW w:w="6050" w:type="dxa"/>
            <w:tcBorders>
              <w:top w:val="single" w:sz="4" w:space="0" w:color="D7E0E8"/>
              <w:left w:val="single" w:sz="4" w:space="0" w:color="D7E0E8"/>
              <w:bottom w:val="single" w:sz="4" w:space="0" w:color="D7E0E8"/>
              <w:right w:val="single" w:sz="4" w:space="0" w:color="D7E0E8"/>
            </w:tcBorders>
            <w:tcMar>
              <w:top w:w="110" w:type="dxa"/>
              <w:left w:w="120" w:type="dxa"/>
              <w:bottom w:w="110" w:type="dxa"/>
              <w:right w:w="120" w:type="dxa"/>
            </w:tcMar>
          </w:tcPr>
          <w:p w14:paraId="226E9EAA" w14:textId="77777777" w:rsidR="008C3450" w:rsidRDefault="00000000">
            <w:pPr>
              <w:spacing w:after="0" w:line="245" w:lineRule="auto"/>
              <w:rPr>
                <w:rFonts w:hint="eastAsia"/>
              </w:rPr>
            </w:pPr>
            <w:r>
              <w:rPr>
                <w:sz w:val="18"/>
              </w:rPr>
              <w:t>Lernen an realen betrieblichen Prozessen, Produkten, Kundenfällen oder Projekten ermöglichen.</w:t>
            </w:r>
          </w:p>
        </w:tc>
      </w:tr>
      <w:tr w:rsidR="008C3450" w14:paraId="426F7CA4" w14:textId="77777777" w:rsidTr="008F6FD5">
        <w:trPr>
          <w:trHeight w:val="456"/>
          <w:jc w:val="center"/>
        </w:trPr>
        <w:tc>
          <w:tcPr>
            <w:tcW w:w="4010" w:type="dxa"/>
            <w:tcBorders>
              <w:top w:val="single" w:sz="4" w:space="0" w:color="D7E0E8"/>
              <w:left w:val="single" w:sz="4" w:space="0" w:color="D7E0E8"/>
              <w:bottom w:val="single" w:sz="4" w:space="0" w:color="D7E0E8"/>
              <w:right w:val="single" w:sz="4" w:space="0" w:color="D7E0E8"/>
            </w:tcBorders>
            <w:shd w:val="clear" w:color="auto" w:fill="EAF2F8"/>
            <w:tcMar>
              <w:top w:w="110" w:type="dxa"/>
              <w:left w:w="120" w:type="dxa"/>
              <w:bottom w:w="110" w:type="dxa"/>
              <w:right w:w="120" w:type="dxa"/>
            </w:tcMar>
          </w:tcPr>
          <w:p w14:paraId="3AD6F74D" w14:textId="77777777" w:rsidR="008C3450" w:rsidRDefault="00000000">
            <w:pPr>
              <w:spacing w:after="0" w:line="245" w:lineRule="auto"/>
              <w:rPr>
                <w:rFonts w:hint="eastAsia"/>
              </w:rPr>
            </w:pPr>
            <w:r>
              <w:rPr>
                <w:b/>
                <w:color w:val="183A5A"/>
                <w:sz w:val="18"/>
              </w:rPr>
              <w:t>4. Feedback</w:t>
            </w:r>
          </w:p>
        </w:tc>
        <w:tc>
          <w:tcPr>
            <w:tcW w:w="6050" w:type="dxa"/>
            <w:tcBorders>
              <w:top w:val="single" w:sz="4" w:space="0" w:color="D7E0E8"/>
              <w:left w:val="single" w:sz="4" w:space="0" w:color="D7E0E8"/>
              <w:bottom w:val="single" w:sz="4" w:space="0" w:color="D7E0E8"/>
              <w:right w:val="single" w:sz="4" w:space="0" w:color="D7E0E8"/>
            </w:tcBorders>
            <w:tcMar>
              <w:top w:w="110" w:type="dxa"/>
              <w:left w:w="120" w:type="dxa"/>
              <w:bottom w:w="110" w:type="dxa"/>
              <w:right w:w="120" w:type="dxa"/>
            </w:tcMar>
          </w:tcPr>
          <w:p w14:paraId="63DA22A2" w14:textId="77777777" w:rsidR="008C3450" w:rsidRDefault="00000000">
            <w:pPr>
              <w:spacing w:after="0" w:line="245" w:lineRule="auto"/>
              <w:rPr>
                <w:rFonts w:hint="eastAsia"/>
              </w:rPr>
            </w:pPr>
            <w:r>
              <w:rPr>
                <w:sz w:val="18"/>
              </w:rPr>
              <w:t>Kurze Rückmeldeschleifen einplanen und Fortschritte sowie Entwicklungsfelder konkret benennen.</w:t>
            </w:r>
          </w:p>
        </w:tc>
      </w:tr>
      <w:tr w:rsidR="008C3450" w14:paraId="7BD80E53" w14:textId="77777777" w:rsidTr="008F6FD5">
        <w:trPr>
          <w:trHeight w:val="472"/>
          <w:jc w:val="center"/>
        </w:trPr>
        <w:tc>
          <w:tcPr>
            <w:tcW w:w="4010" w:type="dxa"/>
            <w:tcBorders>
              <w:top w:val="single" w:sz="4" w:space="0" w:color="D7E0E8"/>
              <w:left w:val="single" w:sz="4" w:space="0" w:color="D7E0E8"/>
              <w:bottom w:val="single" w:sz="4" w:space="0" w:color="D7E0E8"/>
              <w:right w:val="single" w:sz="4" w:space="0" w:color="D7E0E8"/>
            </w:tcBorders>
            <w:shd w:val="clear" w:color="auto" w:fill="EAF2F8"/>
            <w:tcMar>
              <w:top w:w="110" w:type="dxa"/>
              <w:left w:w="120" w:type="dxa"/>
              <w:bottom w:w="110" w:type="dxa"/>
              <w:right w:w="120" w:type="dxa"/>
            </w:tcMar>
          </w:tcPr>
          <w:p w14:paraId="4A0D669C" w14:textId="77777777" w:rsidR="008C3450" w:rsidRDefault="00000000">
            <w:pPr>
              <w:spacing w:after="0" w:line="245" w:lineRule="auto"/>
              <w:rPr>
                <w:rFonts w:hint="eastAsia"/>
              </w:rPr>
            </w:pPr>
            <w:r>
              <w:rPr>
                <w:b/>
                <w:color w:val="183A5A"/>
                <w:sz w:val="18"/>
              </w:rPr>
              <w:t>5. Eigenverantwortung</w:t>
            </w:r>
          </w:p>
        </w:tc>
        <w:tc>
          <w:tcPr>
            <w:tcW w:w="6050" w:type="dxa"/>
            <w:tcBorders>
              <w:top w:val="single" w:sz="4" w:space="0" w:color="D7E0E8"/>
              <w:left w:val="single" w:sz="4" w:space="0" w:color="D7E0E8"/>
              <w:bottom w:val="single" w:sz="4" w:space="0" w:color="D7E0E8"/>
              <w:right w:val="single" w:sz="4" w:space="0" w:color="D7E0E8"/>
            </w:tcBorders>
            <w:tcMar>
              <w:top w:w="110" w:type="dxa"/>
              <w:left w:w="120" w:type="dxa"/>
              <w:bottom w:w="110" w:type="dxa"/>
              <w:right w:w="120" w:type="dxa"/>
            </w:tcMar>
          </w:tcPr>
          <w:p w14:paraId="7F265000" w14:textId="77777777" w:rsidR="008C3450" w:rsidRDefault="00000000">
            <w:pPr>
              <w:spacing w:after="0" w:line="245" w:lineRule="auto"/>
              <w:rPr>
                <w:rFonts w:hint="eastAsia"/>
              </w:rPr>
            </w:pPr>
            <w:r>
              <w:rPr>
                <w:sz w:val="18"/>
              </w:rPr>
              <w:t>Mit zunehmender Kompetenz Verantwortung, Entscheidungsspielräume und Selbstkontrolle erweitern.</w:t>
            </w:r>
          </w:p>
        </w:tc>
      </w:tr>
      <w:tr w:rsidR="008C3450" w14:paraId="63060B32" w14:textId="77777777" w:rsidTr="008F6FD5">
        <w:trPr>
          <w:trHeight w:val="236"/>
          <w:jc w:val="center"/>
        </w:trPr>
        <w:tc>
          <w:tcPr>
            <w:tcW w:w="4010" w:type="dxa"/>
            <w:tcBorders>
              <w:top w:val="single" w:sz="4" w:space="0" w:color="D7E0E8"/>
              <w:left w:val="single" w:sz="4" w:space="0" w:color="D7E0E8"/>
              <w:bottom w:val="single" w:sz="4" w:space="0" w:color="D7E0E8"/>
              <w:right w:val="single" w:sz="4" w:space="0" w:color="D7E0E8"/>
            </w:tcBorders>
            <w:shd w:val="clear" w:color="auto" w:fill="EAF2F8"/>
            <w:tcMar>
              <w:top w:w="110" w:type="dxa"/>
              <w:left w:w="120" w:type="dxa"/>
              <w:bottom w:w="110" w:type="dxa"/>
              <w:right w:w="120" w:type="dxa"/>
            </w:tcMar>
          </w:tcPr>
          <w:p w14:paraId="2AAA8FF2" w14:textId="77777777" w:rsidR="008C3450" w:rsidRDefault="00000000">
            <w:pPr>
              <w:spacing w:after="0" w:line="245" w:lineRule="auto"/>
              <w:rPr>
                <w:rFonts w:hint="eastAsia"/>
              </w:rPr>
            </w:pPr>
            <w:r>
              <w:rPr>
                <w:b/>
                <w:color w:val="183A5A"/>
                <w:sz w:val="18"/>
              </w:rPr>
              <w:t>6. Dokumentation</w:t>
            </w:r>
          </w:p>
        </w:tc>
        <w:tc>
          <w:tcPr>
            <w:tcW w:w="6050" w:type="dxa"/>
            <w:tcBorders>
              <w:top w:val="single" w:sz="4" w:space="0" w:color="D7E0E8"/>
              <w:left w:val="single" w:sz="4" w:space="0" w:color="D7E0E8"/>
              <w:bottom w:val="single" w:sz="4" w:space="0" w:color="D7E0E8"/>
              <w:right w:val="single" w:sz="4" w:space="0" w:color="D7E0E8"/>
            </w:tcBorders>
            <w:tcMar>
              <w:top w:w="110" w:type="dxa"/>
              <w:left w:w="120" w:type="dxa"/>
              <w:bottom w:w="110" w:type="dxa"/>
              <w:right w:w="120" w:type="dxa"/>
            </w:tcMar>
          </w:tcPr>
          <w:p w14:paraId="6C611240" w14:textId="77777777" w:rsidR="008C3450" w:rsidRDefault="00000000">
            <w:pPr>
              <w:spacing w:after="0" w:line="245" w:lineRule="auto"/>
              <w:rPr>
                <w:rFonts w:hint="eastAsia"/>
              </w:rPr>
            </w:pPr>
            <w:r>
              <w:rPr>
                <w:sz w:val="18"/>
              </w:rPr>
              <w:t>Ausbildungsnachweise, Lernzielkontrollen und Beurteilungen regelmäßig prüfen.</w:t>
            </w:r>
          </w:p>
        </w:tc>
      </w:tr>
      <w:tr w:rsidR="008C3450" w14:paraId="1B0E4A94" w14:textId="77777777" w:rsidTr="008F6FD5">
        <w:trPr>
          <w:trHeight w:val="456"/>
          <w:jc w:val="center"/>
        </w:trPr>
        <w:tc>
          <w:tcPr>
            <w:tcW w:w="4010" w:type="dxa"/>
            <w:tcBorders>
              <w:top w:val="single" w:sz="4" w:space="0" w:color="D7E0E8"/>
              <w:left w:val="single" w:sz="4" w:space="0" w:color="D7E0E8"/>
              <w:bottom w:val="single" w:sz="4" w:space="0" w:color="D7E0E8"/>
              <w:right w:val="single" w:sz="4" w:space="0" w:color="D7E0E8"/>
            </w:tcBorders>
            <w:shd w:val="clear" w:color="auto" w:fill="EAF2F8"/>
            <w:tcMar>
              <w:top w:w="110" w:type="dxa"/>
              <w:left w:w="120" w:type="dxa"/>
              <w:bottom w:w="110" w:type="dxa"/>
              <w:right w:w="120" w:type="dxa"/>
            </w:tcMar>
          </w:tcPr>
          <w:p w14:paraId="79E8775E" w14:textId="77777777" w:rsidR="008C3450" w:rsidRDefault="00000000">
            <w:pPr>
              <w:spacing w:after="0" w:line="245" w:lineRule="auto"/>
              <w:rPr>
                <w:rFonts w:hint="eastAsia"/>
              </w:rPr>
            </w:pPr>
            <w:r>
              <w:rPr>
                <w:b/>
                <w:color w:val="183A5A"/>
                <w:sz w:val="18"/>
              </w:rPr>
              <w:t>7. Lernortkooperation</w:t>
            </w:r>
          </w:p>
        </w:tc>
        <w:tc>
          <w:tcPr>
            <w:tcW w:w="6050" w:type="dxa"/>
            <w:tcBorders>
              <w:top w:val="single" w:sz="4" w:space="0" w:color="D7E0E8"/>
              <w:left w:val="single" w:sz="4" w:space="0" w:color="D7E0E8"/>
              <w:bottom w:val="single" w:sz="4" w:space="0" w:color="D7E0E8"/>
              <w:right w:val="single" w:sz="4" w:space="0" w:color="D7E0E8"/>
            </w:tcBorders>
            <w:tcMar>
              <w:top w:w="110" w:type="dxa"/>
              <w:left w:w="120" w:type="dxa"/>
              <w:bottom w:w="110" w:type="dxa"/>
              <w:right w:w="120" w:type="dxa"/>
            </w:tcMar>
          </w:tcPr>
          <w:p w14:paraId="66385B2A" w14:textId="77777777" w:rsidR="008C3450" w:rsidRDefault="00000000">
            <w:pPr>
              <w:spacing w:after="0" w:line="245" w:lineRule="auto"/>
              <w:rPr>
                <w:rFonts w:hint="eastAsia"/>
              </w:rPr>
            </w:pPr>
            <w:r>
              <w:rPr>
                <w:sz w:val="18"/>
              </w:rPr>
              <w:t>Betrieb, Berufsschule und gegebenenfalls überbetriebliche Lernorte sinnvoll aufeinander abstimmen.</w:t>
            </w:r>
          </w:p>
        </w:tc>
      </w:tr>
    </w:tbl>
    <w:p w14:paraId="0E4FCDF6" w14:textId="77777777" w:rsidR="008C3450" w:rsidRDefault="00000000">
      <w:pPr>
        <w:pStyle w:val="berschrift2"/>
      </w:pPr>
      <w:proofErr w:type="spellStart"/>
      <w:r>
        <w:t>Integrativ</w:t>
      </w:r>
      <w:proofErr w:type="spellEnd"/>
      <w:r>
        <w:t xml:space="preserve"> </w:t>
      </w:r>
      <w:proofErr w:type="spellStart"/>
      <w:r>
        <w:t>zu</w:t>
      </w:r>
      <w:proofErr w:type="spellEnd"/>
      <w:r>
        <w:t xml:space="preserve"> </w:t>
      </w:r>
      <w:proofErr w:type="spellStart"/>
      <w:r>
        <w:t>vermittelnde</w:t>
      </w:r>
      <w:proofErr w:type="spellEnd"/>
      <w:r>
        <w:t xml:space="preserve"> </w:t>
      </w:r>
      <w:proofErr w:type="spellStart"/>
      <w:r>
        <w:t>Standardbereiche</w:t>
      </w:r>
      <w:proofErr w:type="spellEnd"/>
    </w:p>
    <w:p w14:paraId="269D00B4" w14:textId="77777777" w:rsidR="008C3450" w:rsidRDefault="00000000">
      <w:pPr>
        <w:spacing w:after="120" w:line="269" w:lineRule="auto"/>
        <w:rPr>
          <w:rFonts w:hint="eastAsia"/>
        </w:rPr>
      </w:pPr>
      <w:r>
        <w:t>Bei modernisierten Ausbildungsordnungen werden vier Standardberufsbildpositionen während der gesamten Ausbildung integrativ vermittelt. Prüfen Sie die konkrete Ausbildungsordnung des jeweiligen Berufs und verankern Sie diese Inhalte in passenden betrieblichen Situationen:</w:t>
      </w:r>
    </w:p>
    <w:p w14:paraId="7030C4EA" w14:textId="77777777" w:rsidR="008C3450" w:rsidRDefault="00000000">
      <w:pPr>
        <w:pStyle w:val="Aufzhlungszeichen"/>
        <w:spacing w:after="60" w:line="259" w:lineRule="auto"/>
        <w:ind w:left="346" w:hanging="173"/>
        <w:rPr>
          <w:rFonts w:hint="eastAsia"/>
        </w:rPr>
      </w:pPr>
      <w:r>
        <w:t>Organisation des Ausbildungsbetriebes, Berufsbildung sowie Arbeits- und Tarifrecht</w:t>
      </w:r>
    </w:p>
    <w:p w14:paraId="19FF48CF" w14:textId="77777777" w:rsidR="008C3450" w:rsidRDefault="00000000">
      <w:pPr>
        <w:pStyle w:val="Aufzhlungszeichen"/>
        <w:spacing w:after="60" w:line="259" w:lineRule="auto"/>
        <w:ind w:left="346" w:hanging="173"/>
        <w:rPr>
          <w:rFonts w:hint="eastAsia"/>
        </w:rPr>
      </w:pPr>
      <w:r>
        <w:t>Sicherheit und Gesundheit bei der Arbeit</w:t>
      </w:r>
    </w:p>
    <w:p w14:paraId="7198F427" w14:textId="77777777" w:rsidR="008C3450" w:rsidRDefault="00000000">
      <w:pPr>
        <w:pStyle w:val="Aufzhlungszeichen"/>
        <w:spacing w:after="60" w:line="259" w:lineRule="auto"/>
        <w:ind w:left="346" w:hanging="173"/>
        <w:rPr>
          <w:rFonts w:hint="eastAsia"/>
        </w:rPr>
      </w:pPr>
      <w:r>
        <w:t>Umweltschutz und Nachhaltigkeit</w:t>
      </w:r>
    </w:p>
    <w:p w14:paraId="13DB7CE6" w14:textId="77777777" w:rsidR="008C3450" w:rsidRDefault="00000000">
      <w:pPr>
        <w:pStyle w:val="Aufzhlungszeichen"/>
        <w:spacing w:after="60" w:line="259" w:lineRule="auto"/>
        <w:ind w:left="346" w:hanging="173"/>
        <w:rPr>
          <w:rFonts w:hint="eastAsia"/>
        </w:rPr>
      </w:pPr>
      <w:r>
        <w:t>Digitalisierte Arbeitswelt</w:t>
      </w:r>
    </w:p>
    <w:p w14:paraId="6653396D" w14:textId="77777777" w:rsidR="008C3450" w:rsidRDefault="00000000">
      <w:pPr>
        <w:rPr>
          <w:rFonts w:hint="eastAsia"/>
        </w:rPr>
      </w:pPr>
      <w:r>
        <w:br w:type="page"/>
      </w:r>
    </w:p>
    <w:p w14:paraId="21CEFB71" w14:textId="77777777" w:rsidR="008C3450" w:rsidRDefault="00000000">
      <w:pPr>
        <w:spacing w:after="80" w:line="259" w:lineRule="auto"/>
        <w:rPr>
          <w:rFonts w:hint="eastAsia"/>
        </w:rPr>
      </w:pPr>
      <w:r>
        <w:rPr>
          <w:b/>
          <w:color w:val="2A7F87"/>
          <w:sz w:val="18"/>
        </w:rPr>
        <w:lastRenderedPageBreak/>
        <w:t>03</w:t>
      </w:r>
      <w:r>
        <w:rPr>
          <w:b/>
          <w:color w:val="183A5A"/>
          <w:sz w:val="36"/>
        </w:rPr>
        <w:t xml:space="preserve">  Ausbilder-Verantwortungsmatrix</w:t>
      </w:r>
    </w:p>
    <w:p w14:paraId="1C90E6A9" w14:textId="77777777" w:rsidR="008C3450" w:rsidRDefault="00000000">
      <w:pPr>
        <w:spacing w:line="259" w:lineRule="auto"/>
        <w:rPr>
          <w:rFonts w:hint="eastAsia"/>
        </w:rPr>
      </w:pPr>
      <w:r>
        <w:rPr>
          <w:color w:val="5D6B78"/>
        </w:rPr>
        <w:t>Die Vorlage ist so aufgebaut, dass mehrere Ausbilder und Fachausbilder klar zugeordnet werden können.</w:t>
      </w:r>
    </w:p>
    <w:p w14:paraId="7DED953E" w14:textId="77777777" w:rsidR="008C3450" w:rsidRDefault="00000000">
      <w:pPr>
        <w:pStyle w:val="berschrift2"/>
      </w:pPr>
      <w:r>
        <w:t>Rollen im Ausbildungsprozess</w:t>
      </w:r>
    </w:p>
    <w:tbl>
      <w:tblPr>
        <w:tblW w:w="0" w:type="auto"/>
        <w:jc w:val="center"/>
        <w:tblLayout w:type="fixed"/>
        <w:tblLook w:val="04A0" w:firstRow="1" w:lastRow="0" w:firstColumn="1" w:lastColumn="0" w:noHBand="0" w:noVBand="1"/>
      </w:tblPr>
      <w:tblGrid>
        <w:gridCol w:w="2376"/>
        <w:gridCol w:w="4968"/>
        <w:gridCol w:w="2736"/>
      </w:tblGrid>
      <w:tr w:rsidR="008C3450" w14:paraId="08FB307F" w14:textId="77777777">
        <w:trPr>
          <w:cantSplit/>
          <w:tblHeader/>
          <w:jc w:val="center"/>
        </w:trPr>
        <w:tc>
          <w:tcPr>
            <w:tcW w:w="237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1E83600A" w14:textId="77777777" w:rsidR="008C3450" w:rsidRDefault="00000000">
            <w:pPr>
              <w:spacing w:after="0" w:line="245" w:lineRule="auto"/>
              <w:rPr>
                <w:rFonts w:hint="eastAsia"/>
              </w:rPr>
            </w:pPr>
            <w:r>
              <w:rPr>
                <w:b/>
                <w:color w:val="FFFFFF"/>
                <w:sz w:val="17"/>
              </w:rPr>
              <w:t>Rolle</w:t>
            </w:r>
          </w:p>
        </w:tc>
        <w:tc>
          <w:tcPr>
            <w:tcW w:w="4968"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3108247E" w14:textId="77777777" w:rsidR="008C3450" w:rsidRDefault="00000000">
            <w:pPr>
              <w:spacing w:after="0" w:line="245" w:lineRule="auto"/>
              <w:rPr>
                <w:rFonts w:hint="eastAsia"/>
              </w:rPr>
            </w:pPr>
            <w:r>
              <w:rPr>
                <w:b/>
                <w:color w:val="FFFFFF"/>
                <w:sz w:val="17"/>
              </w:rPr>
              <w:t>Kernaufgabe</w:t>
            </w:r>
          </w:p>
        </w:tc>
        <w:tc>
          <w:tcPr>
            <w:tcW w:w="273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206CCCD8" w14:textId="77777777" w:rsidR="008C3450" w:rsidRDefault="00000000">
            <w:pPr>
              <w:spacing w:after="0" w:line="245" w:lineRule="auto"/>
              <w:rPr>
                <w:rFonts w:hint="eastAsia"/>
              </w:rPr>
            </w:pPr>
            <w:r>
              <w:rPr>
                <w:b/>
                <w:color w:val="FFFFFF"/>
                <w:sz w:val="17"/>
              </w:rPr>
              <w:t>Individuelle Besetzung</w:t>
            </w:r>
          </w:p>
        </w:tc>
      </w:tr>
      <w:tr w:rsidR="008C3450" w14:paraId="4D7DC9F7" w14:textId="77777777">
        <w:trPr>
          <w:cantSplit/>
          <w:jc w:val="center"/>
        </w:trPr>
        <w:tc>
          <w:tcPr>
            <w:tcW w:w="237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7802A31" w14:textId="77777777" w:rsidR="008C3450" w:rsidRDefault="00000000">
            <w:pPr>
              <w:spacing w:after="0" w:line="245" w:lineRule="auto"/>
              <w:rPr>
                <w:rFonts w:hint="eastAsia"/>
              </w:rPr>
            </w:pPr>
            <w:r>
              <w:rPr>
                <w:sz w:val="17"/>
              </w:rPr>
              <w:t>Verantwortlicher Ausbilder</w:t>
            </w:r>
          </w:p>
        </w:tc>
        <w:tc>
          <w:tcPr>
            <w:tcW w:w="49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ADF5A29" w14:textId="77777777" w:rsidR="008C3450" w:rsidRDefault="00000000">
            <w:pPr>
              <w:spacing w:after="0" w:line="245" w:lineRule="auto"/>
              <w:rPr>
                <w:rFonts w:hint="eastAsia"/>
              </w:rPr>
            </w:pPr>
            <w:r>
              <w:rPr>
                <w:sz w:val="17"/>
              </w:rPr>
              <w:t>Gesamtplanung, Qualitätssicherung, Abstimmung, Beurteilungen</w:t>
            </w:r>
          </w:p>
        </w:tc>
        <w:tc>
          <w:tcPr>
            <w:tcW w:w="273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592D838" w14:textId="77777777" w:rsidR="008C3450" w:rsidRDefault="00000000">
            <w:pPr>
              <w:spacing w:after="0" w:line="245" w:lineRule="auto"/>
              <w:rPr>
                <w:rFonts w:hint="eastAsia"/>
              </w:rPr>
            </w:pPr>
            <w:r>
              <w:rPr>
                <w:sz w:val="17"/>
              </w:rPr>
              <w:t>[Name / Funktion]</w:t>
            </w:r>
          </w:p>
        </w:tc>
      </w:tr>
      <w:tr w:rsidR="008C3450" w14:paraId="1383ED5C" w14:textId="77777777">
        <w:trPr>
          <w:cantSplit/>
          <w:jc w:val="center"/>
        </w:trPr>
        <w:tc>
          <w:tcPr>
            <w:tcW w:w="237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DB9D89A" w14:textId="77777777" w:rsidR="008C3450" w:rsidRDefault="00000000">
            <w:pPr>
              <w:spacing w:after="0" w:line="245" w:lineRule="auto"/>
              <w:rPr>
                <w:rFonts w:hint="eastAsia"/>
              </w:rPr>
            </w:pPr>
            <w:r>
              <w:rPr>
                <w:sz w:val="17"/>
              </w:rPr>
              <w:t>Fachausbilder / Ausbildungsbeauftragter</w:t>
            </w:r>
          </w:p>
        </w:tc>
        <w:tc>
          <w:tcPr>
            <w:tcW w:w="49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DB77DEA" w14:textId="77777777" w:rsidR="008C3450" w:rsidRDefault="00000000">
            <w:pPr>
              <w:spacing w:after="0" w:line="245" w:lineRule="auto"/>
              <w:rPr>
                <w:rFonts w:hint="eastAsia"/>
              </w:rPr>
            </w:pPr>
            <w:r>
              <w:rPr>
                <w:sz w:val="17"/>
              </w:rPr>
              <w:t>Vermittlung definierter Fachinhalte im jeweiligen Einsatzbereich</w:t>
            </w:r>
          </w:p>
        </w:tc>
        <w:tc>
          <w:tcPr>
            <w:tcW w:w="273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366381F" w14:textId="77777777" w:rsidR="008C3450" w:rsidRDefault="00000000">
            <w:pPr>
              <w:spacing w:after="0" w:line="245" w:lineRule="auto"/>
              <w:rPr>
                <w:rFonts w:hint="eastAsia"/>
              </w:rPr>
            </w:pPr>
            <w:r>
              <w:rPr>
                <w:sz w:val="17"/>
              </w:rPr>
              <w:t>[Name / Bereich]</w:t>
            </w:r>
          </w:p>
        </w:tc>
      </w:tr>
      <w:tr w:rsidR="008C3450" w14:paraId="2B5C3D98" w14:textId="77777777">
        <w:trPr>
          <w:cantSplit/>
          <w:jc w:val="center"/>
        </w:trPr>
        <w:tc>
          <w:tcPr>
            <w:tcW w:w="237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7358BB5" w14:textId="77777777" w:rsidR="008C3450" w:rsidRDefault="00000000">
            <w:pPr>
              <w:spacing w:after="0" w:line="245" w:lineRule="auto"/>
              <w:rPr>
                <w:rFonts w:hint="eastAsia"/>
              </w:rPr>
            </w:pPr>
            <w:r>
              <w:rPr>
                <w:sz w:val="17"/>
              </w:rPr>
              <w:t>Vertretung</w:t>
            </w:r>
          </w:p>
        </w:tc>
        <w:tc>
          <w:tcPr>
            <w:tcW w:w="49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C3D7BD0" w14:textId="77777777" w:rsidR="008C3450" w:rsidRDefault="00000000">
            <w:pPr>
              <w:spacing w:after="0" w:line="245" w:lineRule="auto"/>
              <w:rPr>
                <w:rFonts w:hint="eastAsia"/>
              </w:rPr>
            </w:pPr>
            <w:r>
              <w:rPr>
                <w:sz w:val="17"/>
              </w:rPr>
              <w:t>Sicherstellung der Betreuung bei Abwesenheit</w:t>
            </w:r>
          </w:p>
        </w:tc>
        <w:tc>
          <w:tcPr>
            <w:tcW w:w="273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DC3CB55" w14:textId="77777777" w:rsidR="008C3450" w:rsidRDefault="00000000">
            <w:pPr>
              <w:spacing w:after="0" w:line="245" w:lineRule="auto"/>
              <w:rPr>
                <w:rFonts w:hint="eastAsia"/>
              </w:rPr>
            </w:pPr>
            <w:r>
              <w:rPr>
                <w:sz w:val="17"/>
              </w:rPr>
              <w:t>[Name / Bereich]</w:t>
            </w:r>
          </w:p>
        </w:tc>
      </w:tr>
      <w:tr w:rsidR="008C3450" w14:paraId="29E46D1A" w14:textId="77777777">
        <w:trPr>
          <w:cantSplit/>
          <w:jc w:val="center"/>
        </w:trPr>
        <w:tc>
          <w:tcPr>
            <w:tcW w:w="237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CB3AF29" w14:textId="77777777" w:rsidR="008C3450" w:rsidRDefault="00000000">
            <w:pPr>
              <w:spacing w:after="0" w:line="245" w:lineRule="auto"/>
              <w:rPr>
                <w:rFonts w:hint="eastAsia"/>
              </w:rPr>
            </w:pPr>
            <w:r>
              <w:rPr>
                <w:sz w:val="17"/>
              </w:rPr>
              <w:t>Ausbildungskoordination / HR</w:t>
            </w:r>
          </w:p>
        </w:tc>
        <w:tc>
          <w:tcPr>
            <w:tcW w:w="49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453818C" w14:textId="77777777" w:rsidR="008C3450" w:rsidRDefault="00000000">
            <w:pPr>
              <w:spacing w:after="0" w:line="245" w:lineRule="auto"/>
              <w:rPr>
                <w:rFonts w:hint="eastAsia"/>
              </w:rPr>
            </w:pPr>
            <w:r>
              <w:rPr>
                <w:sz w:val="17"/>
              </w:rPr>
              <w:t>Vertrag, Termine, Berufsschule, Prüfungsorganisation, Dokumente</w:t>
            </w:r>
          </w:p>
        </w:tc>
        <w:tc>
          <w:tcPr>
            <w:tcW w:w="273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29DC6E6" w14:textId="77777777" w:rsidR="008C3450" w:rsidRDefault="00000000">
            <w:pPr>
              <w:spacing w:after="0" w:line="245" w:lineRule="auto"/>
              <w:rPr>
                <w:rFonts w:hint="eastAsia"/>
              </w:rPr>
            </w:pPr>
            <w:r>
              <w:rPr>
                <w:sz w:val="17"/>
              </w:rPr>
              <w:t>[Name / Kontakt]</w:t>
            </w:r>
          </w:p>
        </w:tc>
      </w:tr>
    </w:tbl>
    <w:p w14:paraId="3B3A488D" w14:textId="77777777" w:rsidR="008C3450" w:rsidRDefault="00000000">
      <w:pPr>
        <w:pStyle w:val="berschrift2"/>
      </w:pPr>
      <w:r>
        <w:t>Individuelle Ausbilderprofile</w:t>
      </w:r>
    </w:p>
    <w:tbl>
      <w:tblPr>
        <w:tblW w:w="10201" w:type="dxa"/>
        <w:jc w:val="center"/>
        <w:tblLayout w:type="fixed"/>
        <w:tblLook w:val="04A0" w:firstRow="1" w:lastRow="0" w:firstColumn="1" w:lastColumn="0" w:noHBand="0" w:noVBand="1"/>
      </w:tblPr>
      <w:tblGrid>
        <w:gridCol w:w="666"/>
        <w:gridCol w:w="1800"/>
        <w:gridCol w:w="2736"/>
        <w:gridCol w:w="3096"/>
        <w:gridCol w:w="1903"/>
      </w:tblGrid>
      <w:tr w:rsidR="008C3450" w14:paraId="6F2856F0" w14:textId="77777777" w:rsidTr="008F6FD5">
        <w:trPr>
          <w:cantSplit/>
          <w:tblHeader/>
          <w:jc w:val="center"/>
        </w:trPr>
        <w:tc>
          <w:tcPr>
            <w:tcW w:w="66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45FE155A" w14:textId="77777777" w:rsidR="008C3450" w:rsidRDefault="00000000">
            <w:pPr>
              <w:spacing w:after="0" w:line="245" w:lineRule="auto"/>
              <w:rPr>
                <w:rFonts w:hint="eastAsia"/>
              </w:rPr>
            </w:pPr>
            <w:proofErr w:type="spellStart"/>
            <w:r>
              <w:rPr>
                <w:b/>
                <w:color w:val="FFFFFF"/>
                <w:sz w:val="16"/>
              </w:rPr>
              <w:t>Ausbilder</w:t>
            </w:r>
            <w:proofErr w:type="spellEnd"/>
          </w:p>
        </w:tc>
        <w:tc>
          <w:tcPr>
            <w:tcW w:w="1800"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3F85E627" w14:textId="77777777" w:rsidR="008C3450" w:rsidRDefault="00000000">
            <w:pPr>
              <w:spacing w:after="0" w:line="245" w:lineRule="auto"/>
              <w:rPr>
                <w:rFonts w:hint="eastAsia"/>
              </w:rPr>
            </w:pPr>
            <w:r>
              <w:rPr>
                <w:b/>
                <w:color w:val="FFFFFF"/>
                <w:sz w:val="16"/>
              </w:rPr>
              <w:t>Bereich / Fachthema</w:t>
            </w:r>
          </w:p>
        </w:tc>
        <w:tc>
          <w:tcPr>
            <w:tcW w:w="273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0EDB3273" w14:textId="77777777" w:rsidR="008C3450" w:rsidRDefault="00000000">
            <w:pPr>
              <w:spacing w:after="0" w:line="245" w:lineRule="auto"/>
              <w:rPr>
                <w:rFonts w:hint="eastAsia"/>
              </w:rPr>
            </w:pPr>
            <w:r>
              <w:rPr>
                <w:b/>
                <w:color w:val="FFFFFF"/>
                <w:sz w:val="16"/>
              </w:rPr>
              <w:t>Vermittelte Kompetenzen</w:t>
            </w:r>
          </w:p>
        </w:tc>
        <w:tc>
          <w:tcPr>
            <w:tcW w:w="309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0A2B15CF" w14:textId="77777777" w:rsidR="008C3450" w:rsidRDefault="00000000">
            <w:pPr>
              <w:spacing w:after="0" w:line="245" w:lineRule="auto"/>
              <w:rPr>
                <w:rFonts w:hint="eastAsia"/>
              </w:rPr>
            </w:pPr>
            <w:r>
              <w:rPr>
                <w:b/>
                <w:color w:val="FFFFFF"/>
                <w:sz w:val="16"/>
              </w:rPr>
              <w:t>Methoden / Lernaufträge</w:t>
            </w:r>
          </w:p>
        </w:tc>
        <w:tc>
          <w:tcPr>
            <w:tcW w:w="1903"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31F06A3C" w14:textId="77777777" w:rsidR="008C3450" w:rsidRDefault="00000000">
            <w:pPr>
              <w:spacing w:after="0" w:line="245" w:lineRule="auto"/>
              <w:rPr>
                <w:rFonts w:hint="eastAsia"/>
              </w:rPr>
            </w:pPr>
            <w:r>
              <w:rPr>
                <w:b/>
                <w:color w:val="FFFFFF"/>
                <w:sz w:val="16"/>
              </w:rPr>
              <w:t>Vertretung</w:t>
            </w:r>
          </w:p>
        </w:tc>
      </w:tr>
      <w:tr w:rsidR="008C3450" w14:paraId="75309C6E" w14:textId="77777777" w:rsidTr="008F6FD5">
        <w:trPr>
          <w:cantSplit/>
          <w:jc w:val="center"/>
        </w:trPr>
        <w:tc>
          <w:tcPr>
            <w:tcW w:w="66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99C188A" w14:textId="77777777" w:rsidR="008C3450" w:rsidRDefault="00000000">
            <w:pPr>
              <w:spacing w:after="0" w:line="245" w:lineRule="auto"/>
              <w:rPr>
                <w:rFonts w:hint="eastAsia"/>
              </w:rPr>
            </w:pPr>
            <w:r>
              <w:rPr>
                <w:sz w:val="16"/>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46660F0" w14:textId="77777777" w:rsidR="008C3450" w:rsidRDefault="00000000">
            <w:pPr>
              <w:spacing w:after="0" w:line="245" w:lineRule="auto"/>
              <w:rPr>
                <w:rFonts w:hint="eastAsia"/>
              </w:rPr>
            </w:pPr>
            <w:r>
              <w:rPr>
                <w:sz w:val="16"/>
              </w:rPr>
              <w:t>[Bereich]</w:t>
            </w:r>
          </w:p>
        </w:tc>
        <w:tc>
          <w:tcPr>
            <w:tcW w:w="273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6A1CC4E" w14:textId="77777777" w:rsidR="008C3450" w:rsidRDefault="00000000">
            <w:pPr>
              <w:spacing w:after="0" w:line="245" w:lineRule="auto"/>
              <w:rPr>
                <w:rFonts w:hint="eastAsia"/>
              </w:rPr>
            </w:pPr>
            <w:r>
              <w:rPr>
                <w:sz w:val="16"/>
              </w:rPr>
              <w:t>[Inhalte / Lernziele]</w:t>
            </w:r>
          </w:p>
        </w:tc>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8277C37" w14:textId="77777777" w:rsidR="008C3450" w:rsidRDefault="00000000">
            <w:pPr>
              <w:spacing w:after="0" w:line="245" w:lineRule="auto"/>
              <w:rPr>
                <w:rFonts w:hint="eastAsia"/>
              </w:rPr>
            </w:pPr>
            <w:r>
              <w:rPr>
                <w:sz w:val="16"/>
              </w:rPr>
              <w:t>[z. B. Lernauftrag, Unterweisung, Projekt]</w:t>
            </w:r>
          </w:p>
        </w:tc>
        <w:tc>
          <w:tcPr>
            <w:tcW w:w="1903"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DD52670" w14:textId="77777777" w:rsidR="008C3450" w:rsidRDefault="00000000">
            <w:pPr>
              <w:spacing w:after="0" w:line="245" w:lineRule="auto"/>
              <w:rPr>
                <w:rFonts w:hint="eastAsia"/>
              </w:rPr>
            </w:pPr>
            <w:r>
              <w:rPr>
                <w:sz w:val="16"/>
              </w:rPr>
              <w:t>[Name]</w:t>
            </w:r>
          </w:p>
        </w:tc>
      </w:tr>
      <w:tr w:rsidR="008C3450" w14:paraId="0FA5AA38" w14:textId="77777777" w:rsidTr="008F6FD5">
        <w:trPr>
          <w:cantSplit/>
          <w:jc w:val="center"/>
        </w:trPr>
        <w:tc>
          <w:tcPr>
            <w:tcW w:w="66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4EE3101" w14:textId="77777777" w:rsidR="008C3450" w:rsidRDefault="00000000">
            <w:pPr>
              <w:spacing w:after="0" w:line="245" w:lineRule="auto"/>
              <w:rPr>
                <w:rFonts w:hint="eastAsia"/>
              </w:rPr>
            </w:pPr>
            <w:r>
              <w:rPr>
                <w:sz w:val="16"/>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0DAD5BF" w14:textId="77777777" w:rsidR="008C3450" w:rsidRDefault="00000000">
            <w:pPr>
              <w:spacing w:after="0" w:line="245" w:lineRule="auto"/>
              <w:rPr>
                <w:rFonts w:hint="eastAsia"/>
              </w:rPr>
            </w:pPr>
            <w:r>
              <w:rPr>
                <w:sz w:val="16"/>
              </w:rPr>
              <w:t>[Bereich]</w:t>
            </w:r>
          </w:p>
        </w:tc>
        <w:tc>
          <w:tcPr>
            <w:tcW w:w="273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646C6D3" w14:textId="77777777" w:rsidR="008C3450" w:rsidRDefault="00000000">
            <w:pPr>
              <w:spacing w:after="0" w:line="245" w:lineRule="auto"/>
              <w:rPr>
                <w:rFonts w:hint="eastAsia"/>
              </w:rPr>
            </w:pPr>
            <w:r>
              <w:rPr>
                <w:sz w:val="16"/>
              </w:rPr>
              <w:t>[Inhalte / Lernziele]</w:t>
            </w:r>
          </w:p>
        </w:tc>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446363C" w14:textId="77777777" w:rsidR="008C3450" w:rsidRDefault="00000000">
            <w:pPr>
              <w:spacing w:after="0" w:line="245" w:lineRule="auto"/>
              <w:rPr>
                <w:rFonts w:hint="eastAsia"/>
              </w:rPr>
            </w:pPr>
            <w:r>
              <w:rPr>
                <w:sz w:val="16"/>
              </w:rPr>
              <w:t>[z. B. Lernauftrag, Unterweisung, Projekt]</w:t>
            </w:r>
          </w:p>
        </w:tc>
        <w:tc>
          <w:tcPr>
            <w:tcW w:w="1903"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49B94BA" w14:textId="77777777" w:rsidR="008C3450" w:rsidRDefault="00000000">
            <w:pPr>
              <w:spacing w:after="0" w:line="245" w:lineRule="auto"/>
              <w:rPr>
                <w:rFonts w:hint="eastAsia"/>
              </w:rPr>
            </w:pPr>
            <w:r>
              <w:rPr>
                <w:sz w:val="16"/>
              </w:rPr>
              <w:t>[Name]</w:t>
            </w:r>
          </w:p>
        </w:tc>
      </w:tr>
      <w:tr w:rsidR="008C3450" w14:paraId="4AC02F11" w14:textId="77777777" w:rsidTr="008F6FD5">
        <w:trPr>
          <w:cantSplit/>
          <w:jc w:val="center"/>
        </w:trPr>
        <w:tc>
          <w:tcPr>
            <w:tcW w:w="66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17FE98D" w14:textId="77777777" w:rsidR="008C3450" w:rsidRDefault="00000000">
            <w:pPr>
              <w:spacing w:after="0" w:line="245" w:lineRule="auto"/>
              <w:rPr>
                <w:rFonts w:hint="eastAsia"/>
              </w:rPr>
            </w:pPr>
            <w:r>
              <w:rPr>
                <w:sz w:val="16"/>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32FC3CE" w14:textId="77777777" w:rsidR="008C3450" w:rsidRDefault="00000000">
            <w:pPr>
              <w:spacing w:after="0" w:line="245" w:lineRule="auto"/>
              <w:rPr>
                <w:rFonts w:hint="eastAsia"/>
              </w:rPr>
            </w:pPr>
            <w:r>
              <w:rPr>
                <w:sz w:val="16"/>
              </w:rPr>
              <w:t>[Bereich]</w:t>
            </w:r>
          </w:p>
        </w:tc>
        <w:tc>
          <w:tcPr>
            <w:tcW w:w="273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A7779CB" w14:textId="77777777" w:rsidR="008C3450" w:rsidRDefault="00000000">
            <w:pPr>
              <w:spacing w:after="0" w:line="245" w:lineRule="auto"/>
              <w:rPr>
                <w:rFonts w:hint="eastAsia"/>
              </w:rPr>
            </w:pPr>
            <w:r>
              <w:rPr>
                <w:sz w:val="16"/>
              </w:rPr>
              <w:t>[Inhalte / Lernziele]</w:t>
            </w:r>
          </w:p>
        </w:tc>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4885749" w14:textId="77777777" w:rsidR="008C3450" w:rsidRDefault="00000000">
            <w:pPr>
              <w:spacing w:after="0" w:line="245" w:lineRule="auto"/>
              <w:rPr>
                <w:rFonts w:hint="eastAsia"/>
              </w:rPr>
            </w:pPr>
            <w:r>
              <w:rPr>
                <w:sz w:val="16"/>
              </w:rPr>
              <w:t>[z. B. Lernauftrag, Unterweisung, Projekt]</w:t>
            </w:r>
          </w:p>
        </w:tc>
        <w:tc>
          <w:tcPr>
            <w:tcW w:w="1903"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D8963A2" w14:textId="77777777" w:rsidR="008C3450" w:rsidRDefault="00000000">
            <w:pPr>
              <w:spacing w:after="0" w:line="245" w:lineRule="auto"/>
              <w:rPr>
                <w:rFonts w:hint="eastAsia"/>
              </w:rPr>
            </w:pPr>
            <w:r>
              <w:rPr>
                <w:sz w:val="16"/>
              </w:rPr>
              <w:t>[Name]</w:t>
            </w:r>
          </w:p>
        </w:tc>
      </w:tr>
      <w:tr w:rsidR="008C3450" w14:paraId="307A9BB4" w14:textId="77777777" w:rsidTr="008F6FD5">
        <w:trPr>
          <w:cantSplit/>
          <w:jc w:val="center"/>
        </w:trPr>
        <w:tc>
          <w:tcPr>
            <w:tcW w:w="66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9DA8AB3" w14:textId="77777777" w:rsidR="008C3450" w:rsidRDefault="00000000">
            <w:pPr>
              <w:spacing w:after="0" w:line="245" w:lineRule="auto"/>
              <w:rPr>
                <w:rFonts w:hint="eastAsia"/>
              </w:rPr>
            </w:pPr>
            <w:r>
              <w:rPr>
                <w:sz w:val="16"/>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007C19A" w14:textId="77777777" w:rsidR="008C3450" w:rsidRDefault="00000000">
            <w:pPr>
              <w:spacing w:after="0" w:line="245" w:lineRule="auto"/>
              <w:rPr>
                <w:rFonts w:hint="eastAsia"/>
              </w:rPr>
            </w:pPr>
            <w:r>
              <w:rPr>
                <w:sz w:val="16"/>
              </w:rPr>
              <w:t>[Bereich]</w:t>
            </w:r>
          </w:p>
        </w:tc>
        <w:tc>
          <w:tcPr>
            <w:tcW w:w="273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49B2337" w14:textId="77777777" w:rsidR="008C3450" w:rsidRDefault="00000000">
            <w:pPr>
              <w:spacing w:after="0" w:line="245" w:lineRule="auto"/>
              <w:rPr>
                <w:rFonts w:hint="eastAsia"/>
              </w:rPr>
            </w:pPr>
            <w:r>
              <w:rPr>
                <w:sz w:val="16"/>
              </w:rPr>
              <w:t>[Inhalte / Lernziele]</w:t>
            </w:r>
          </w:p>
        </w:tc>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EA2A887" w14:textId="77777777" w:rsidR="008C3450" w:rsidRDefault="00000000">
            <w:pPr>
              <w:spacing w:after="0" w:line="245" w:lineRule="auto"/>
              <w:rPr>
                <w:rFonts w:hint="eastAsia"/>
              </w:rPr>
            </w:pPr>
            <w:r>
              <w:rPr>
                <w:sz w:val="16"/>
              </w:rPr>
              <w:t>[z. B. Lernauftrag, Unterweisung, Projekt]</w:t>
            </w:r>
          </w:p>
        </w:tc>
        <w:tc>
          <w:tcPr>
            <w:tcW w:w="1903"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128420B" w14:textId="77777777" w:rsidR="008C3450" w:rsidRDefault="00000000">
            <w:pPr>
              <w:spacing w:after="0" w:line="245" w:lineRule="auto"/>
              <w:rPr>
                <w:rFonts w:hint="eastAsia"/>
              </w:rPr>
            </w:pPr>
            <w:r>
              <w:rPr>
                <w:sz w:val="16"/>
              </w:rPr>
              <w:t>[Name]</w:t>
            </w:r>
          </w:p>
        </w:tc>
      </w:tr>
      <w:tr w:rsidR="008C3450" w14:paraId="57FE56DD" w14:textId="77777777" w:rsidTr="008F6FD5">
        <w:trPr>
          <w:cantSplit/>
          <w:jc w:val="center"/>
        </w:trPr>
        <w:tc>
          <w:tcPr>
            <w:tcW w:w="66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AB41E08" w14:textId="77777777" w:rsidR="008C3450" w:rsidRDefault="00000000">
            <w:pPr>
              <w:spacing w:after="0" w:line="245" w:lineRule="auto"/>
              <w:rPr>
                <w:rFonts w:hint="eastAsia"/>
              </w:rPr>
            </w:pPr>
            <w:r>
              <w:rPr>
                <w:sz w:val="16"/>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AF10A5A" w14:textId="77777777" w:rsidR="008C3450" w:rsidRDefault="00000000">
            <w:pPr>
              <w:spacing w:after="0" w:line="245" w:lineRule="auto"/>
              <w:rPr>
                <w:rFonts w:hint="eastAsia"/>
              </w:rPr>
            </w:pPr>
            <w:r>
              <w:rPr>
                <w:sz w:val="16"/>
              </w:rPr>
              <w:t>[Bereich]</w:t>
            </w:r>
          </w:p>
        </w:tc>
        <w:tc>
          <w:tcPr>
            <w:tcW w:w="273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C26D253" w14:textId="77777777" w:rsidR="008C3450" w:rsidRDefault="00000000">
            <w:pPr>
              <w:spacing w:after="0" w:line="245" w:lineRule="auto"/>
              <w:rPr>
                <w:rFonts w:hint="eastAsia"/>
              </w:rPr>
            </w:pPr>
            <w:r>
              <w:rPr>
                <w:sz w:val="16"/>
              </w:rPr>
              <w:t>[Inhalte / Lernziele]</w:t>
            </w:r>
          </w:p>
        </w:tc>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85F7365" w14:textId="77777777" w:rsidR="008C3450" w:rsidRDefault="00000000">
            <w:pPr>
              <w:spacing w:after="0" w:line="245" w:lineRule="auto"/>
              <w:rPr>
                <w:rFonts w:hint="eastAsia"/>
              </w:rPr>
            </w:pPr>
            <w:r>
              <w:rPr>
                <w:sz w:val="16"/>
              </w:rPr>
              <w:t>[z. B. Lernauftrag, Unterweisung, Projekt]</w:t>
            </w:r>
          </w:p>
        </w:tc>
        <w:tc>
          <w:tcPr>
            <w:tcW w:w="1903"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0DAE134" w14:textId="77777777" w:rsidR="008C3450" w:rsidRDefault="00000000">
            <w:pPr>
              <w:spacing w:after="0" w:line="245" w:lineRule="auto"/>
              <w:rPr>
                <w:rFonts w:hint="eastAsia"/>
              </w:rPr>
            </w:pPr>
            <w:r>
              <w:rPr>
                <w:sz w:val="16"/>
              </w:rPr>
              <w:t>[Name]</w:t>
            </w:r>
          </w:p>
        </w:tc>
      </w:tr>
      <w:tr w:rsidR="008C3450" w14:paraId="3D66CEDA" w14:textId="77777777" w:rsidTr="008F6FD5">
        <w:trPr>
          <w:jc w:val="center"/>
        </w:trPr>
        <w:tc>
          <w:tcPr>
            <w:tcW w:w="2466" w:type="dxa"/>
            <w:gridSpan w:val="2"/>
            <w:tcBorders>
              <w:top w:val="nil"/>
              <w:left w:val="nil"/>
              <w:bottom w:val="nil"/>
              <w:right w:val="nil"/>
            </w:tcBorders>
            <w:shd w:val="clear" w:color="auto" w:fill="EAF5F1"/>
            <w:tcMar>
              <w:top w:w="150" w:type="dxa"/>
              <w:left w:w="150" w:type="dxa"/>
              <w:bottom w:w="150" w:type="dxa"/>
              <w:right w:w="150" w:type="dxa"/>
            </w:tcMar>
            <w:vAlign w:val="center"/>
          </w:tcPr>
          <w:p w14:paraId="5357475B" w14:textId="77777777" w:rsidR="008C3450" w:rsidRDefault="00000000">
            <w:pPr>
              <w:jc w:val="center"/>
              <w:rPr>
                <w:rFonts w:hint="eastAsia"/>
              </w:rPr>
            </w:pPr>
            <w:r>
              <w:rPr>
                <w:b/>
                <w:color w:val="2A7F87"/>
                <w:sz w:val="17"/>
              </w:rPr>
              <w:t>Ausbilder</w:t>
            </w:r>
          </w:p>
        </w:tc>
        <w:tc>
          <w:tcPr>
            <w:tcW w:w="7735" w:type="dxa"/>
            <w:gridSpan w:val="3"/>
            <w:tcBorders>
              <w:top w:val="nil"/>
              <w:left w:val="nil"/>
              <w:bottom w:val="nil"/>
              <w:right w:val="nil"/>
            </w:tcBorders>
            <w:shd w:val="clear" w:color="auto" w:fill="EAF5F1"/>
            <w:tcMar>
              <w:top w:w="150" w:type="dxa"/>
              <w:left w:w="150" w:type="dxa"/>
              <w:bottom w:w="150" w:type="dxa"/>
              <w:right w:w="150" w:type="dxa"/>
            </w:tcMar>
            <w:vAlign w:val="center"/>
          </w:tcPr>
          <w:p w14:paraId="56595D8D" w14:textId="77777777" w:rsidR="008C3450" w:rsidRDefault="00000000">
            <w:pPr>
              <w:spacing w:after="20" w:line="259" w:lineRule="auto"/>
              <w:rPr>
                <w:rFonts w:hint="eastAsia"/>
              </w:rPr>
            </w:pPr>
            <w:r>
              <w:rPr>
                <w:b/>
                <w:color w:val="183A5A"/>
              </w:rPr>
              <w:t>Empfehlung für den Personenkreis Ausbilder</w:t>
            </w:r>
            <w:r>
              <w:rPr>
                <w:b/>
                <w:color w:val="183A5A"/>
              </w:rPr>
              <w:br/>
            </w:r>
            <w:r>
              <w:rPr>
                <w:sz w:val="19"/>
              </w:rPr>
              <w:t>Halten Sie nicht nur fest, wer formal als Ausbilder benannt ist. Ordnen Sie auch fachliche Ausbildungsabschnitte, Lernziele und Feedbackverantwortung eindeutig den Personen zu, die die Ausbildung im Arbeitsalltag tatsächlich begleiten.</w:t>
            </w:r>
          </w:p>
        </w:tc>
      </w:tr>
    </w:tbl>
    <w:p w14:paraId="2C1A58DD" w14:textId="77777777" w:rsidR="008C3450" w:rsidRDefault="008C3450">
      <w:pPr>
        <w:spacing w:after="40"/>
        <w:rPr>
          <w:rFonts w:hint="eastAsia"/>
        </w:rPr>
      </w:pPr>
    </w:p>
    <w:p w14:paraId="09CFDDB2" w14:textId="77777777" w:rsidR="008C3450" w:rsidRDefault="00000000">
      <w:pPr>
        <w:rPr>
          <w:rFonts w:hint="eastAsia"/>
        </w:rPr>
      </w:pPr>
      <w:r>
        <w:br w:type="page"/>
      </w:r>
    </w:p>
    <w:p w14:paraId="0678AD1D" w14:textId="77777777" w:rsidR="008C3450" w:rsidRDefault="00000000">
      <w:pPr>
        <w:spacing w:after="80" w:line="259" w:lineRule="auto"/>
        <w:rPr>
          <w:rFonts w:hint="eastAsia"/>
        </w:rPr>
      </w:pPr>
      <w:r>
        <w:rPr>
          <w:b/>
          <w:color w:val="2A7F87"/>
          <w:sz w:val="18"/>
        </w:rPr>
        <w:lastRenderedPageBreak/>
        <w:t>04</w:t>
      </w:r>
      <w:r>
        <w:rPr>
          <w:b/>
          <w:color w:val="183A5A"/>
          <w:sz w:val="36"/>
        </w:rPr>
        <w:t xml:space="preserve">  Genereller Ausbildungsablauf</w:t>
      </w:r>
    </w:p>
    <w:p w14:paraId="5E95F4E5" w14:textId="77777777" w:rsidR="008C3450" w:rsidRDefault="00000000">
      <w:pPr>
        <w:spacing w:line="259" w:lineRule="auto"/>
        <w:rPr>
          <w:rFonts w:hint="eastAsia"/>
        </w:rPr>
      </w:pPr>
      <w:r>
        <w:rPr>
          <w:color w:val="5D6B78"/>
        </w:rPr>
        <w:t>Ein berufsübergreifendes Phasenmodell, das auf 24, 36 oder 42 Monate angepasst werden kann.</w:t>
      </w:r>
    </w:p>
    <w:tbl>
      <w:tblPr>
        <w:tblW w:w="0" w:type="auto"/>
        <w:jc w:val="center"/>
        <w:tblLayout w:type="fixed"/>
        <w:tblLook w:val="04A0" w:firstRow="1" w:lastRow="0" w:firstColumn="1" w:lastColumn="0" w:noHBand="0" w:noVBand="1"/>
      </w:tblPr>
      <w:tblGrid>
        <w:gridCol w:w="2088"/>
        <w:gridCol w:w="2016"/>
        <w:gridCol w:w="3528"/>
        <w:gridCol w:w="2448"/>
      </w:tblGrid>
      <w:tr w:rsidR="008C3450" w14:paraId="6208ABF3" w14:textId="77777777">
        <w:trPr>
          <w:cantSplit/>
          <w:tblHeader/>
          <w:jc w:val="center"/>
        </w:trPr>
        <w:tc>
          <w:tcPr>
            <w:tcW w:w="2088"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39E0DA58" w14:textId="77777777" w:rsidR="008C3450" w:rsidRDefault="00000000">
            <w:pPr>
              <w:spacing w:after="0" w:line="245" w:lineRule="auto"/>
              <w:rPr>
                <w:rFonts w:hint="eastAsia"/>
              </w:rPr>
            </w:pPr>
            <w:r>
              <w:rPr>
                <w:b/>
                <w:color w:val="FFFFFF"/>
                <w:sz w:val="17"/>
              </w:rPr>
              <w:t>Phase</w:t>
            </w:r>
          </w:p>
        </w:tc>
        <w:tc>
          <w:tcPr>
            <w:tcW w:w="201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0225440E" w14:textId="77777777" w:rsidR="008C3450" w:rsidRDefault="00000000">
            <w:pPr>
              <w:spacing w:after="0" w:line="245" w:lineRule="auto"/>
              <w:rPr>
                <w:rFonts w:hint="eastAsia"/>
              </w:rPr>
            </w:pPr>
            <w:r>
              <w:rPr>
                <w:b/>
                <w:color w:val="FFFFFF"/>
                <w:sz w:val="17"/>
              </w:rPr>
              <w:t>Typischer Zeitraum*</w:t>
            </w:r>
          </w:p>
        </w:tc>
        <w:tc>
          <w:tcPr>
            <w:tcW w:w="3528"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6AB077A5" w14:textId="77777777" w:rsidR="008C3450" w:rsidRDefault="00000000">
            <w:pPr>
              <w:spacing w:after="0" w:line="245" w:lineRule="auto"/>
              <w:rPr>
                <w:rFonts w:hint="eastAsia"/>
              </w:rPr>
            </w:pPr>
            <w:r>
              <w:rPr>
                <w:b/>
                <w:color w:val="FFFFFF"/>
                <w:sz w:val="17"/>
              </w:rPr>
              <w:t>Schwerpunkt</w:t>
            </w:r>
          </w:p>
        </w:tc>
        <w:tc>
          <w:tcPr>
            <w:tcW w:w="2448"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0EEAD561" w14:textId="77777777" w:rsidR="008C3450" w:rsidRDefault="00000000">
            <w:pPr>
              <w:spacing w:after="0" w:line="245" w:lineRule="auto"/>
              <w:rPr>
                <w:rFonts w:hint="eastAsia"/>
              </w:rPr>
            </w:pPr>
            <w:r>
              <w:rPr>
                <w:b/>
                <w:color w:val="FFFFFF"/>
                <w:sz w:val="17"/>
              </w:rPr>
              <w:t>Erwartetes Kompetenzniveau</w:t>
            </w:r>
          </w:p>
        </w:tc>
      </w:tr>
      <w:tr w:rsidR="008C3450" w14:paraId="5BE27BF1" w14:textId="77777777">
        <w:trPr>
          <w:cantSplit/>
          <w:jc w:val="center"/>
        </w:trPr>
        <w:tc>
          <w:tcPr>
            <w:tcW w:w="208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1B96E96" w14:textId="77777777" w:rsidR="008C3450" w:rsidRDefault="00000000">
            <w:pPr>
              <w:spacing w:after="0" w:line="245" w:lineRule="auto"/>
              <w:rPr>
                <w:rFonts w:hint="eastAsia"/>
              </w:rPr>
            </w:pPr>
            <w:r>
              <w:rPr>
                <w:sz w:val="17"/>
              </w:rPr>
              <w:t>1. Einstieg &amp; Orientierung</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1D413C9" w14:textId="77777777" w:rsidR="008C3450" w:rsidRDefault="00000000">
            <w:pPr>
              <w:spacing w:after="0" w:line="245" w:lineRule="auto"/>
              <w:rPr>
                <w:rFonts w:hint="eastAsia"/>
              </w:rPr>
            </w:pPr>
            <w:r>
              <w:rPr>
                <w:sz w:val="17"/>
              </w:rPr>
              <w:t>Start bis ca. Monat 1-2</w:t>
            </w:r>
          </w:p>
        </w:tc>
        <w:tc>
          <w:tcPr>
            <w:tcW w:w="352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007CEB5" w14:textId="77777777" w:rsidR="008C3450" w:rsidRDefault="00000000">
            <w:pPr>
              <w:spacing w:after="0" w:line="245" w:lineRule="auto"/>
              <w:rPr>
                <w:rFonts w:hint="eastAsia"/>
              </w:rPr>
            </w:pPr>
            <w:r>
              <w:rPr>
                <w:sz w:val="17"/>
              </w:rPr>
              <w:t>Betrieb, Rechte/Pflichten, Sicherheit, Arbeitsmittel, digitale Zugänge, erste Tätigkeiten</w:t>
            </w:r>
          </w:p>
        </w:tc>
        <w:tc>
          <w:tcPr>
            <w:tcW w:w="244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691A136" w14:textId="77777777" w:rsidR="008C3450" w:rsidRDefault="00000000">
            <w:pPr>
              <w:spacing w:after="0" w:line="245" w:lineRule="auto"/>
              <w:rPr>
                <w:rFonts w:hint="eastAsia"/>
              </w:rPr>
            </w:pPr>
            <w:r>
              <w:rPr>
                <w:sz w:val="17"/>
              </w:rPr>
              <w:t>Orientieren, Regeln anwenden, Aufgaben unter Anleitung ausführen</w:t>
            </w:r>
          </w:p>
        </w:tc>
      </w:tr>
      <w:tr w:rsidR="008C3450" w14:paraId="1DE04BA4" w14:textId="77777777">
        <w:trPr>
          <w:cantSplit/>
          <w:jc w:val="center"/>
        </w:trPr>
        <w:tc>
          <w:tcPr>
            <w:tcW w:w="208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AB9C689" w14:textId="77777777" w:rsidR="008C3450" w:rsidRDefault="00000000">
            <w:pPr>
              <w:spacing w:after="0" w:line="245" w:lineRule="auto"/>
              <w:rPr>
                <w:rFonts w:hint="eastAsia"/>
              </w:rPr>
            </w:pPr>
            <w:r>
              <w:rPr>
                <w:sz w:val="17"/>
              </w:rPr>
              <w:t>2. Berufliche Grundlagen</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4024484" w14:textId="77777777" w:rsidR="008C3450" w:rsidRDefault="00000000">
            <w:pPr>
              <w:spacing w:after="0" w:line="245" w:lineRule="auto"/>
              <w:rPr>
                <w:rFonts w:hint="eastAsia"/>
              </w:rPr>
            </w:pPr>
            <w:r>
              <w:rPr>
                <w:sz w:val="17"/>
              </w:rPr>
              <w:t>ca. Monat 2-6</w:t>
            </w:r>
          </w:p>
        </w:tc>
        <w:tc>
          <w:tcPr>
            <w:tcW w:w="352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60B787C" w14:textId="77777777" w:rsidR="008C3450" w:rsidRDefault="00000000">
            <w:pPr>
              <w:spacing w:after="0" w:line="245" w:lineRule="auto"/>
              <w:rPr>
                <w:rFonts w:hint="eastAsia"/>
              </w:rPr>
            </w:pPr>
            <w:r>
              <w:rPr>
                <w:sz w:val="17"/>
              </w:rPr>
              <w:t>Berufstypische Grundfertigkeiten, Qualität, Dokumentation, einfache Prozesse</w:t>
            </w:r>
          </w:p>
        </w:tc>
        <w:tc>
          <w:tcPr>
            <w:tcW w:w="244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11A028A" w14:textId="77777777" w:rsidR="008C3450" w:rsidRDefault="00000000">
            <w:pPr>
              <w:spacing w:after="0" w:line="245" w:lineRule="auto"/>
              <w:rPr>
                <w:rFonts w:hint="eastAsia"/>
              </w:rPr>
            </w:pPr>
            <w:r>
              <w:rPr>
                <w:sz w:val="17"/>
              </w:rPr>
              <w:t>Standards sicher anwenden und Ergebnisse prüfen</w:t>
            </w:r>
          </w:p>
        </w:tc>
      </w:tr>
      <w:tr w:rsidR="008C3450" w14:paraId="4231B275" w14:textId="77777777">
        <w:trPr>
          <w:cantSplit/>
          <w:jc w:val="center"/>
        </w:trPr>
        <w:tc>
          <w:tcPr>
            <w:tcW w:w="208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0C28E72" w14:textId="77777777" w:rsidR="008C3450" w:rsidRDefault="00000000">
            <w:pPr>
              <w:spacing w:after="0" w:line="245" w:lineRule="auto"/>
              <w:rPr>
                <w:rFonts w:hint="eastAsia"/>
              </w:rPr>
            </w:pPr>
            <w:r>
              <w:rPr>
                <w:sz w:val="17"/>
              </w:rPr>
              <w:t>3. Anwendung &amp; Vernetzung</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2DF8A47" w14:textId="77777777" w:rsidR="008C3450" w:rsidRDefault="00000000">
            <w:pPr>
              <w:spacing w:after="0" w:line="245" w:lineRule="auto"/>
              <w:rPr>
                <w:rFonts w:hint="eastAsia"/>
              </w:rPr>
            </w:pPr>
            <w:r>
              <w:rPr>
                <w:sz w:val="17"/>
              </w:rPr>
              <w:t>bis Ende 1. Ausbildungsjahr</w:t>
            </w:r>
          </w:p>
        </w:tc>
        <w:tc>
          <w:tcPr>
            <w:tcW w:w="352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4C8779F" w14:textId="77777777" w:rsidR="008C3450" w:rsidRDefault="00000000">
            <w:pPr>
              <w:spacing w:after="0" w:line="245" w:lineRule="auto"/>
              <w:rPr>
                <w:rFonts w:hint="eastAsia"/>
              </w:rPr>
            </w:pPr>
            <w:r>
              <w:rPr>
                <w:sz w:val="17"/>
              </w:rPr>
              <w:t>Zusammenhängende Arbeitsaufgaben, Schnittstellen, Kommunikation, Kunden-/Auftragsbezug</w:t>
            </w:r>
          </w:p>
        </w:tc>
        <w:tc>
          <w:tcPr>
            <w:tcW w:w="244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9A1E096" w14:textId="77777777" w:rsidR="008C3450" w:rsidRDefault="00000000">
            <w:pPr>
              <w:spacing w:after="0" w:line="245" w:lineRule="auto"/>
              <w:rPr>
                <w:rFonts w:hint="eastAsia"/>
              </w:rPr>
            </w:pPr>
            <w:r>
              <w:rPr>
                <w:sz w:val="17"/>
              </w:rPr>
              <w:t>Arbeitsaufträge zunehmend selbstständig bearbeiten</w:t>
            </w:r>
          </w:p>
        </w:tc>
      </w:tr>
      <w:tr w:rsidR="008C3450" w14:paraId="3A9AAAE8" w14:textId="77777777">
        <w:trPr>
          <w:cantSplit/>
          <w:jc w:val="center"/>
        </w:trPr>
        <w:tc>
          <w:tcPr>
            <w:tcW w:w="208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79815CA" w14:textId="77777777" w:rsidR="008C3450" w:rsidRDefault="00000000">
            <w:pPr>
              <w:spacing w:after="0" w:line="245" w:lineRule="auto"/>
              <w:rPr>
                <w:rFonts w:hint="eastAsia"/>
              </w:rPr>
            </w:pPr>
            <w:r>
              <w:rPr>
                <w:sz w:val="17"/>
              </w:rPr>
              <w:t>4. Vertiefung</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0888D58" w14:textId="77777777" w:rsidR="008C3450" w:rsidRDefault="00000000">
            <w:pPr>
              <w:spacing w:after="0" w:line="245" w:lineRule="auto"/>
              <w:rPr>
                <w:rFonts w:hint="eastAsia"/>
              </w:rPr>
            </w:pPr>
            <w:r>
              <w:rPr>
                <w:sz w:val="17"/>
              </w:rPr>
              <w:t>mittlere Ausbildungsphase</w:t>
            </w:r>
          </w:p>
        </w:tc>
        <w:tc>
          <w:tcPr>
            <w:tcW w:w="352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1A35431" w14:textId="77777777" w:rsidR="008C3450" w:rsidRDefault="00000000">
            <w:pPr>
              <w:spacing w:after="0" w:line="245" w:lineRule="auto"/>
              <w:rPr>
                <w:rFonts w:hint="eastAsia"/>
              </w:rPr>
            </w:pPr>
            <w:r>
              <w:rPr>
                <w:sz w:val="17"/>
              </w:rPr>
              <w:t>Komplexere Prozesse, Fehleranalyse, Planung, Wirtschaftlichkeit, Nachhaltigkeit</w:t>
            </w:r>
          </w:p>
        </w:tc>
        <w:tc>
          <w:tcPr>
            <w:tcW w:w="244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1E1B2F2" w14:textId="77777777" w:rsidR="008C3450" w:rsidRDefault="00000000">
            <w:pPr>
              <w:spacing w:after="0" w:line="245" w:lineRule="auto"/>
              <w:rPr>
                <w:rFonts w:hint="eastAsia"/>
              </w:rPr>
            </w:pPr>
            <w:r>
              <w:rPr>
                <w:sz w:val="17"/>
              </w:rPr>
              <w:t>Vorgehen begründen, Probleme lösen, Verantwortung übernehmen</w:t>
            </w:r>
          </w:p>
        </w:tc>
      </w:tr>
      <w:tr w:rsidR="008C3450" w14:paraId="2DBBFFB4" w14:textId="77777777">
        <w:trPr>
          <w:cantSplit/>
          <w:jc w:val="center"/>
        </w:trPr>
        <w:tc>
          <w:tcPr>
            <w:tcW w:w="208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A9B5A93" w14:textId="77777777" w:rsidR="008C3450" w:rsidRDefault="00000000">
            <w:pPr>
              <w:spacing w:after="0" w:line="245" w:lineRule="auto"/>
              <w:rPr>
                <w:rFonts w:hint="eastAsia"/>
              </w:rPr>
            </w:pPr>
            <w:r>
              <w:rPr>
                <w:sz w:val="17"/>
              </w:rPr>
              <w:t>5. Spezialisierung &amp; Transfer</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4EEA082" w14:textId="77777777" w:rsidR="008C3450" w:rsidRDefault="00000000">
            <w:pPr>
              <w:spacing w:after="0" w:line="245" w:lineRule="auto"/>
              <w:rPr>
                <w:rFonts w:hint="eastAsia"/>
              </w:rPr>
            </w:pPr>
            <w:r>
              <w:rPr>
                <w:sz w:val="17"/>
              </w:rPr>
              <w:t>spätere Ausbildungsphase</w:t>
            </w:r>
          </w:p>
        </w:tc>
        <w:tc>
          <w:tcPr>
            <w:tcW w:w="352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1904C4F" w14:textId="77777777" w:rsidR="008C3450" w:rsidRDefault="00000000">
            <w:pPr>
              <w:spacing w:after="0" w:line="245" w:lineRule="auto"/>
              <w:rPr>
                <w:rFonts w:hint="eastAsia"/>
              </w:rPr>
            </w:pPr>
            <w:r>
              <w:rPr>
                <w:sz w:val="17"/>
              </w:rPr>
              <w:t>Schwerpunkte, Projekte, bereichsübergreifende Aufgaben, Prüfungsrelevanz</w:t>
            </w:r>
          </w:p>
        </w:tc>
        <w:tc>
          <w:tcPr>
            <w:tcW w:w="244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7CC2534" w14:textId="77777777" w:rsidR="008C3450" w:rsidRDefault="00000000">
            <w:pPr>
              <w:spacing w:after="0" w:line="245" w:lineRule="auto"/>
              <w:rPr>
                <w:rFonts w:hint="eastAsia"/>
              </w:rPr>
            </w:pPr>
            <w:r>
              <w:rPr>
                <w:sz w:val="17"/>
              </w:rPr>
              <w:t>Komplexe Aufgaben selbstständig planen, durchführen und bewerten</w:t>
            </w:r>
          </w:p>
        </w:tc>
      </w:tr>
      <w:tr w:rsidR="008C3450" w14:paraId="6F1A90A1" w14:textId="77777777">
        <w:trPr>
          <w:cantSplit/>
          <w:jc w:val="center"/>
        </w:trPr>
        <w:tc>
          <w:tcPr>
            <w:tcW w:w="208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04D5EA1" w14:textId="77777777" w:rsidR="008C3450" w:rsidRDefault="00000000">
            <w:pPr>
              <w:spacing w:after="0" w:line="245" w:lineRule="auto"/>
              <w:rPr>
                <w:rFonts w:hint="eastAsia"/>
              </w:rPr>
            </w:pPr>
            <w:r>
              <w:rPr>
                <w:sz w:val="17"/>
              </w:rPr>
              <w:t>6. Prüfung &amp; Übergang</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3340FD8" w14:textId="77777777" w:rsidR="008C3450" w:rsidRDefault="00000000">
            <w:pPr>
              <w:spacing w:after="0" w:line="245" w:lineRule="auto"/>
              <w:rPr>
                <w:rFonts w:hint="eastAsia"/>
              </w:rPr>
            </w:pPr>
            <w:r>
              <w:rPr>
                <w:sz w:val="17"/>
              </w:rPr>
              <w:t>letzte ca. 3-6 Monate</w:t>
            </w:r>
          </w:p>
        </w:tc>
        <w:tc>
          <w:tcPr>
            <w:tcW w:w="352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F50A4A4" w14:textId="77777777" w:rsidR="008C3450" w:rsidRDefault="00000000">
            <w:pPr>
              <w:spacing w:after="0" w:line="245" w:lineRule="auto"/>
              <w:rPr>
                <w:rFonts w:hint="eastAsia"/>
              </w:rPr>
            </w:pPr>
            <w:r>
              <w:rPr>
                <w:sz w:val="17"/>
              </w:rPr>
              <w:t>Lücken schließen, Prüfungsvorbereitung, Transfer in Fachkraftrolle</w:t>
            </w:r>
          </w:p>
        </w:tc>
        <w:tc>
          <w:tcPr>
            <w:tcW w:w="244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3C8F2E2" w14:textId="77777777" w:rsidR="008C3450" w:rsidRDefault="00000000">
            <w:pPr>
              <w:spacing w:after="0" w:line="245" w:lineRule="auto"/>
              <w:rPr>
                <w:rFonts w:hint="eastAsia"/>
              </w:rPr>
            </w:pPr>
            <w:r>
              <w:rPr>
                <w:sz w:val="17"/>
              </w:rPr>
              <w:t>Berufliche Handlungsfähigkeit stabil und prüfungssicher zeigen</w:t>
            </w:r>
          </w:p>
        </w:tc>
      </w:tr>
    </w:tbl>
    <w:p w14:paraId="692B6A18" w14:textId="77777777" w:rsidR="008C3450" w:rsidRDefault="00000000">
      <w:pPr>
        <w:spacing w:after="160" w:line="269" w:lineRule="auto"/>
        <w:rPr>
          <w:rFonts w:hint="eastAsia"/>
        </w:rPr>
      </w:pPr>
      <w:r>
        <w:t>* Die Zeiträume sind nur ein Planungsbeispiel. Verbindlich sind die Vorgaben und zeitlichen Richtwerte der jeweiligen Ausbildungsordnung bzw. des Ausbildungsrahmenplans.</w:t>
      </w:r>
    </w:p>
    <w:p w14:paraId="4192136E" w14:textId="77777777" w:rsidR="008C3450" w:rsidRDefault="00000000">
      <w:pPr>
        <w:pStyle w:val="berschrift2"/>
      </w:pPr>
      <w:r>
        <w:t>Planungslogik je Ausbildungsabschnitt</w:t>
      </w:r>
    </w:p>
    <w:p w14:paraId="1C002E57" w14:textId="77777777" w:rsidR="008C3450" w:rsidRDefault="00000000">
      <w:pPr>
        <w:pStyle w:val="Aufzhlungszeichen"/>
        <w:spacing w:after="60" w:line="259" w:lineRule="auto"/>
        <w:ind w:left="346" w:hanging="173"/>
        <w:rPr>
          <w:rFonts w:hint="eastAsia"/>
        </w:rPr>
      </w:pPr>
      <w:r>
        <w:t>Was soll am Ende des Abschnitts gekonnt werden? -&gt; Lernziel / Kompetenz</w:t>
      </w:r>
    </w:p>
    <w:p w14:paraId="4DFE8F1B" w14:textId="77777777" w:rsidR="008C3450" w:rsidRDefault="00000000">
      <w:pPr>
        <w:pStyle w:val="Aufzhlungszeichen"/>
        <w:spacing w:after="60" w:line="259" w:lineRule="auto"/>
        <w:ind w:left="346" w:hanging="173"/>
        <w:rPr>
          <w:rFonts w:hint="eastAsia"/>
        </w:rPr>
      </w:pPr>
      <w:r>
        <w:t>Woran kann die Kompetenz erlernt werden? -&gt; Tätigkeit / Auftrag / Projekt</w:t>
      </w:r>
    </w:p>
    <w:p w14:paraId="39C4CDEF" w14:textId="77777777" w:rsidR="008C3450" w:rsidRDefault="00000000">
      <w:pPr>
        <w:pStyle w:val="Aufzhlungszeichen"/>
        <w:spacing w:after="60" w:line="259" w:lineRule="auto"/>
        <w:ind w:left="346" w:hanging="173"/>
        <w:rPr>
          <w:rFonts w:hint="eastAsia"/>
        </w:rPr>
      </w:pPr>
      <w:r>
        <w:t>Wo wird gelernt? -&gt; Abteilung / Arbeitsplatz / Lernort</w:t>
      </w:r>
    </w:p>
    <w:p w14:paraId="4E1D1C78" w14:textId="77777777" w:rsidR="008C3450" w:rsidRDefault="00000000">
      <w:pPr>
        <w:pStyle w:val="Aufzhlungszeichen"/>
        <w:spacing w:after="60" w:line="259" w:lineRule="auto"/>
        <w:ind w:left="346" w:hanging="173"/>
        <w:rPr>
          <w:rFonts w:hint="eastAsia"/>
        </w:rPr>
      </w:pPr>
      <w:r>
        <w:t>Wer begleitet und beurteilt? -&gt; Ausbilder / Fachausbilder / Vertretung</w:t>
      </w:r>
    </w:p>
    <w:p w14:paraId="4DDA0ED8" w14:textId="77777777" w:rsidR="008C3450" w:rsidRDefault="00000000">
      <w:pPr>
        <w:pStyle w:val="Aufzhlungszeichen"/>
        <w:spacing w:after="60" w:line="259" w:lineRule="auto"/>
        <w:ind w:left="346" w:hanging="173"/>
        <w:rPr>
          <w:rFonts w:hint="eastAsia"/>
        </w:rPr>
      </w:pPr>
      <w:r>
        <w:t>Wie wird Lernerfolg sichtbar? -&gt; Arbeitsprobe / Fachgespräch / Ergebnis / Dokumentation</w:t>
      </w:r>
    </w:p>
    <w:p w14:paraId="417859D9" w14:textId="77777777" w:rsidR="008C3450" w:rsidRDefault="008C3450">
      <w:pPr>
        <w:rPr>
          <w:rFonts w:hint="eastAsia"/>
        </w:rPr>
        <w:sectPr w:rsidR="008C3450">
          <w:footerReference w:type="default" r:id="rId8"/>
          <w:pgSz w:w="12240" w:h="15840"/>
          <w:pgMar w:top="1037" w:right="1037" w:bottom="979" w:left="1037" w:header="432" w:footer="432" w:gutter="0"/>
          <w:cols w:space="720"/>
          <w:docGrid w:linePitch="360"/>
        </w:sectPr>
      </w:pPr>
    </w:p>
    <w:p w14:paraId="411BAA75" w14:textId="77777777" w:rsidR="008C3450" w:rsidRDefault="00000000">
      <w:pPr>
        <w:spacing w:after="80" w:line="259" w:lineRule="auto"/>
        <w:rPr>
          <w:rFonts w:hint="eastAsia"/>
        </w:rPr>
      </w:pPr>
      <w:r>
        <w:rPr>
          <w:b/>
          <w:color w:val="2A7F87"/>
          <w:sz w:val="18"/>
        </w:rPr>
        <w:lastRenderedPageBreak/>
        <w:t>05</w:t>
      </w:r>
      <w:r>
        <w:rPr>
          <w:b/>
          <w:color w:val="183A5A"/>
          <w:sz w:val="36"/>
        </w:rPr>
        <w:t xml:space="preserve">  Betriebliche Planungsmatrix</w:t>
      </w:r>
    </w:p>
    <w:p w14:paraId="5D670F10" w14:textId="77777777" w:rsidR="008C3450" w:rsidRDefault="00000000">
      <w:pPr>
        <w:spacing w:line="259" w:lineRule="auto"/>
        <w:rPr>
          <w:rFonts w:hint="eastAsia"/>
        </w:rPr>
      </w:pPr>
      <w:r>
        <w:rPr>
          <w:color w:val="5D6B78"/>
        </w:rPr>
        <w:t>Übertragen Sie hier die Inhalte der Ausbildungsordnung und konkretisieren Sie diese für Ihren Betrieb.</w:t>
      </w:r>
    </w:p>
    <w:tbl>
      <w:tblPr>
        <w:tblW w:w="0" w:type="auto"/>
        <w:jc w:val="center"/>
        <w:tblLayout w:type="fixed"/>
        <w:tblLook w:val="04A0" w:firstRow="1" w:lastRow="0" w:firstColumn="1" w:lastColumn="0" w:noHBand="0" w:noVBand="1"/>
      </w:tblPr>
      <w:tblGrid>
        <w:gridCol w:w="1512"/>
        <w:gridCol w:w="8496"/>
      </w:tblGrid>
      <w:tr w:rsidR="008C3450" w14:paraId="2974B7BC" w14:textId="77777777">
        <w:trPr>
          <w:jc w:val="center"/>
        </w:trPr>
        <w:tc>
          <w:tcPr>
            <w:tcW w:w="1512" w:type="dxa"/>
            <w:tcBorders>
              <w:top w:val="nil"/>
              <w:left w:val="nil"/>
              <w:bottom w:val="nil"/>
              <w:right w:val="nil"/>
            </w:tcBorders>
            <w:shd w:val="clear" w:color="auto" w:fill="EAF2F8"/>
            <w:tcMar>
              <w:top w:w="150" w:type="dxa"/>
              <w:left w:w="150" w:type="dxa"/>
              <w:bottom w:w="150" w:type="dxa"/>
              <w:right w:w="150" w:type="dxa"/>
            </w:tcMar>
            <w:vAlign w:val="center"/>
          </w:tcPr>
          <w:p w14:paraId="55B9BA5E" w14:textId="77777777" w:rsidR="008C3450" w:rsidRDefault="00000000">
            <w:pPr>
              <w:jc w:val="center"/>
              <w:rPr>
                <w:rFonts w:hint="eastAsia"/>
              </w:rPr>
            </w:pPr>
            <w:r>
              <w:rPr>
                <w:b/>
                <w:color w:val="2A7F87"/>
                <w:sz w:val="17"/>
              </w:rPr>
              <w:t>Vorlage</w:t>
            </w:r>
          </w:p>
        </w:tc>
        <w:tc>
          <w:tcPr>
            <w:tcW w:w="8496" w:type="dxa"/>
            <w:tcBorders>
              <w:top w:val="nil"/>
              <w:left w:val="nil"/>
              <w:bottom w:val="nil"/>
              <w:right w:val="nil"/>
            </w:tcBorders>
            <w:shd w:val="clear" w:color="auto" w:fill="EAF2F8"/>
            <w:tcMar>
              <w:top w:w="150" w:type="dxa"/>
              <w:left w:w="150" w:type="dxa"/>
              <w:bottom w:w="150" w:type="dxa"/>
              <w:right w:w="150" w:type="dxa"/>
            </w:tcMar>
            <w:vAlign w:val="center"/>
          </w:tcPr>
          <w:p w14:paraId="512F9505" w14:textId="77777777" w:rsidR="008C3450" w:rsidRDefault="00000000">
            <w:pPr>
              <w:spacing w:after="20" w:line="259" w:lineRule="auto"/>
              <w:rPr>
                <w:rFonts w:hint="eastAsia"/>
              </w:rPr>
            </w:pPr>
            <w:r>
              <w:rPr>
                <w:b/>
                <w:color w:val="183A5A"/>
              </w:rPr>
              <w:t>So verwenden Sie die Matrix</w:t>
            </w:r>
            <w:r>
              <w:rPr>
                <w:b/>
                <w:color w:val="183A5A"/>
              </w:rPr>
              <w:br/>
            </w:r>
            <w:r>
              <w:rPr>
                <w:sz w:val="19"/>
              </w:rPr>
              <w:t>Die Spalte "Berufsbildposition / Lernziel" wird aus der jeweiligen Ausbildungsordnung bzw. dem Ausbildungsrahmenplan abgeleitet. In den übrigen Spalten wird festgelegt, wie, wo, wann und durch wen die Vermittlung im Betrieb erfolgt.</w:t>
            </w:r>
          </w:p>
        </w:tc>
      </w:tr>
    </w:tbl>
    <w:p w14:paraId="7DB975BE" w14:textId="77777777" w:rsidR="008C3450" w:rsidRDefault="008C3450">
      <w:pPr>
        <w:spacing w:after="40"/>
        <w:rPr>
          <w:rFonts w:hint="eastAsia"/>
        </w:rPr>
      </w:pPr>
    </w:p>
    <w:tbl>
      <w:tblPr>
        <w:tblW w:w="0" w:type="auto"/>
        <w:jc w:val="center"/>
        <w:tblLayout w:type="fixed"/>
        <w:tblLook w:val="04A0" w:firstRow="1" w:lastRow="0" w:firstColumn="1" w:lastColumn="0" w:noHBand="0" w:noVBand="1"/>
      </w:tblPr>
      <w:tblGrid>
        <w:gridCol w:w="605"/>
        <w:gridCol w:w="1080"/>
        <w:gridCol w:w="2664"/>
        <w:gridCol w:w="3240"/>
        <w:gridCol w:w="1512"/>
        <w:gridCol w:w="1800"/>
        <w:gridCol w:w="2232"/>
        <w:gridCol w:w="792"/>
      </w:tblGrid>
      <w:tr w:rsidR="008C3450" w14:paraId="33BE1C5A" w14:textId="77777777">
        <w:trPr>
          <w:cantSplit/>
          <w:tblHeader/>
          <w:jc w:val="center"/>
        </w:trPr>
        <w:tc>
          <w:tcPr>
            <w:tcW w:w="605"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4EE7010B" w14:textId="77777777" w:rsidR="008C3450" w:rsidRDefault="00000000">
            <w:pPr>
              <w:spacing w:after="0" w:line="245" w:lineRule="auto"/>
              <w:rPr>
                <w:rFonts w:hint="eastAsia"/>
              </w:rPr>
            </w:pPr>
            <w:r>
              <w:rPr>
                <w:b/>
                <w:color w:val="FFFFFF"/>
                <w:sz w:val="15"/>
              </w:rPr>
              <w:t>Nr.</w:t>
            </w:r>
          </w:p>
        </w:tc>
        <w:tc>
          <w:tcPr>
            <w:tcW w:w="1080"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0F1FE920" w14:textId="77777777" w:rsidR="008C3450" w:rsidRDefault="00000000">
            <w:pPr>
              <w:spacing w:after="0" w:line="245" w:lineRule="auto"/>
              <w:rPr>
                <w:rFonts w:hint="eastAsia"/>
              </w:rPr>
            </w:pPr>
            <w:r>
              <w:rPr>
                <w:b/>
                <w:color w:val="FFFFFF"/>
                <w:sz w:val="15"/>
              </w:rPr>
              <w:t>Zeitraum</w:t>
            </w:r>
          </w:p>
        </w:tc>
        <w:tc>
          <w:tcPr>
            <w:tcW w:w="2664"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563F3A34" w14:textId="77777777" w:rsidR="008C3450" w:rsidRDefault="00000000">
            <w:pPr>
              <w:spacing w:after="0" w:line="245" w:lineRule="auto"/>
              <w:rPr>
                <w:rFonts w:hint="eastAsia"/>
              </w:rPr>
            </w:pPr>
            <w:r>
              <w:rPr>
                <w:b/>
                <w:color w:val="FFFFFF"/>
                <w:sz w:val="15"/>
              </w:rPr>
              <w:t>Berufsbildposition / Lernziel</w:t>
            </w:r>
          </w:p>
        </w:tc>
        <w:tc>
          <w:tcPr>
            <w:tcW w:w="3240"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52A8C4F7" w14:textId="77777777" w:rsidR="008C3450" w:rsidRDefault="00000000">
            <w:pPr>
              <w:spacing w:after="0" w:line="245" w:lineRule="auto"/>
              <w:rPr>
                <w:rFonts w:hint="eastAsia"/>
              </w:rPr>
            </w:pPr>
            <w:r>
              <w:rPr>
                <w:b/>
                <w:color w:val="FFFFFF"/>
                <w:sz w:val="15"/>
              </w:rPr>
              <w:t>Betriebliche Tätigkeit / Lernauftrag</w:t>
            </w:r>
          </w:p>
        </w:tc>
        <w:tc>
          <w:tcPr>
            <w:tcW w:w="1512"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2F991D09" w14:textId="77777777" w:rsidR="008C3450" w:rsidRDefault="00000000">
            <w:pPr>
              <w:spacing w:after="0" w:line="245" w:lineRule="auto"/>
              <w:rPr>
                <w:rFonts w:hint="eastAsia"/>
              </w:rPr>
            </w:pPr>
            <w:r>
              <w:rPr>
                <w:b/>
                <w:color w:val="FFFFFF"/>
                <w:sz w:val="15"/>
              </w:rPr>
              <w:t>Lernort / Abteilung</w:t>
            </w:r>
          </w:p>
        </w:tc>
        <w:tc>
          <w:tcPr>
            <w:tcW w:w="1800"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1FFBABED" w14:textId="77777777" w:rsidR="008C3450" w:rsidRDefault="00000000">
            <w:pPr>
              <w:spacing w:after="0" w:line="245" w:lineRule="auto"/>
              <w:rPr>
                <w:rFonts w:hint="eastAsia"/>
              </w:rPr>
            </w:pPr>
            <w:r>
              <w:rPr>
                <w:b/>
                <w:color w:val="FFFFFF"/>
                <w:sz w:val="15"/>
              </w:rPr>
              <w:t>Verantwortlicher Ausbilder</w:t>
            </w:r>
          </w:p>
        </w:tc>
        <w:tc>
          <w:tcPr>
            <w:tcW w:w="2232"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14FF6BC8" w14:textId="77777777" w:rsidR="008C3450" w:rsidRDefault="00000000">
            <w:pPr>
              <w:spacing w:after="0" w:line="245" w:lineRule="auto"/>
              <w:rPr>
                <w:rFonts w:hint="eastAsia"/>
              </w:rPr>
            </w:pPr>
            <w:r>
              <w:rPr>
                <w:b/>
                <w:color w:val="FFFFFF"/>
                <w:sz w:val="15"/>
              </w:rPr>
              <w:t>Lernerfolg / Nachweis</w:t>
            </w:r>
          </w:p>
        </w:tc>
        <w:tc>
          <w:tcPr>
            <w:tcW w:w="792"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25D6927A" w14:textId="77777777" w:rsidR="008C3450" w:rsidRDefault="00000000">
            <w:pPr>
              <w:spacing w:after="0" w:line="245" w:lineRule="auto"/>
              <w:rPr>
                <w:rFonts w:hint="eastAsia"/>
              </w:rPr>
            </w:pPr>
            <w:r>
              <w:rPr>
                <w:b/>
                <w:color w:val="FFFFFF"/>
                <w:sz w:val="15"/>
              </w:rPr>
              <w:t>Status</w:t>
            </w:r>
          </w:p>
        </w:tc>
      </w:tr>
      <w:tr w:rsidR="008C3450" w14:paraId="738BB462"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F526DDB" w14:textId="77777777" w:rsidR="008C3450" w:rsidRDefault="00000000">
            <w:pPr>
              <w:spacing w:after="0" w:line="245" w:lineRule="auto"/>
              <w:jc w:val="center"/>
              <w:rPr>
                <w:rFonts w:hint="eastAsia"/>
              </w:rPr>
            </w:pPr>
            <w:r>
              <w:rPr>
                <w:sz w:val="15"/>
              </w:rPr>
              <w:t>01</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84D3723" w14:textId="77777777" w:rsidR="008C3450" w:rsidRDefault="00000000">
            <w:pPr>
              <w:spacing w:after="0" w:line="245" w:lineRule="auto"/>
              <w:jc w:val="center"/>
              <w:rPr>
                <w:rFonts w:hint="eastAsia"/>
              </w:rPr>
            </w:pPr>
            <w:r>
              <w:rPr>
                <w:sz w:val="15"/>
              </w:rPr>
              <w:t>[Monat/Woche]</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549059F" w14:textId="77777777" w:rsidR="008C3450" w:rsidRDefault="00000000">
            <w:pPr>
              <w:spacing w:after="0" w:line="245" w:lineRule="auto"/>
              <w:rPr>
                <w:rFonts w:hint="eastAsia"/>
              </w:rPr>
            </w:pPr>
            <w:r>
              <w:rPr>
                <w:sz w:val="15"/>
              </w:rPr>
              <w:t>[Inhalt aus Rahmenplan]</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D695850" w14:textId="77777777" w:rsidR="008C3450" w:rsidRDefault="00000000">
            <w:pPr>
              <w:spacing w:after="0" w:line="245" w:lineRule="auto"/>
              <w:rPr>
                <w:rFonts w:hint="eastAsia"/>
              </w:rPr>
            </w:pPr>
            <w:r>
              <w:rPr>
                <w:sz w:val="15"/>
              </w:rPr>
              <w:t>[konkreter Arbeitsauftrag]</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D6DCDB4" w14:textId="77777777" w:rsidR="008C3450" w:rsidRDefault="00000000">
            <w:pPr>
              <w:spacing w:after="0" w:line="245" w:lineRule="auto"/>
              <w:rPr>
                <w:rFonts w:hint="eastAsia"/>
              </w:rPr>
            </w:pPr>
            <w:r>
              <w:rPr>
                <w:sz w:val="15"/>
              </w:rPr>
              <w:t>[Bereich]</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87947A8" w14:textId="77777777" w:rsidR="008C3450" w:rsidRDefault="00000000">
            <w:pPr>
              <w:spacing w:after="0" w:line="245" w:lineRule="auto"/>
              <w:rPr>
                <w:rFonts w:hint="eastAsia"/>
              </w:rPr>
            </w:pPr>
            <w:r>
              <w:rPr>
                <w:sz w:val="15"/>
              </w:rPr>
              <w:t>[Name]</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FBEECFF" w14:textId="77777777" w:rsidR="008C3450" w:rsidRDefault="00000000">
            <w:pPr>
              <w:spacing w:after="0" w:line="245" w:lineRule="auto"/>
              <w:rPr>
                <w:rFonts w:hint="eastAsia"/>
              </w:rPr>
            </w:pPr>
            <w:r>
              <w:rPr>
                <w:sz w:val="15"/>
              </w:rPr>
              <w:t>[z. B. Arbeitsprobe / Gespräch]</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A96BADF" w14:textId="77777777" w:rsidR="008C3450" w:rsidRDefault="00000000">
            <w:pPr>
              <w:spacing w:after="0" w:line="245" w:lineRule="auto"/>
              <w:jc w:val="center"/>
              <w:rPr>
                <w:rFonts w:hint="eastAsia"/>
              </w:rPr>
            </w:pPr>
            <w:r>
              <w:rPr>
                <w:sz w:val="15"/>
              </w:rPr>
              <w:t>[ ]</w:t>
            </w:r>
          </w:p>
        </w:tc>
      </w:tr>
      <w:tr w:rsidR="008C3450" w14:paraId="31019C48"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193F65B" w14:textId="77777777" w:rsidR="008C3450" w:rsidRDefault="00000000">
            <w:pPr>
              <w:spacing w:after="0" w:line="245" w:lineRule="auto"/>
              <w:jc w:val="center"/>
              <w:rPr>
                <w:rFonts w:hint="eastAsia"/>
              </w:rPr>
            </w:pPr>
            <w:r>
              <w:rPr>
                <w:sz w:val="15"/>
              </w:rPr>
              <w:t>02</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45EEA7C"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8566054"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4BA42B7"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89E5C44"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E468B39"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357E07A"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D4B68D5" w14:textId="77777777" w:rsidR="008C3450" w:rsidRDefault="00000000">
            <w:pPr>
              <w:spacing w:after="0" w:line="245" w:lineRule="auto"/>
              <w:jc w:val="center"/>
              <w:rPr>
                <w:rFonts w:hint="eastAsia"/>
              </w:rPr>
            </w:pPr>
            <w:r>
              <w:rPr>
                <w:sz w:val="15"/>
              </w:rPr>
              <w:t>[ ]</w:t>
            </w:r>
          </w:p>
        </w:tc>
      </w:tr>
      <w:tr w:rsidR="008C3450" w14:paraId="5961C15F"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5D53506" w14:textId="77777777" w:rsidR="008C3450" w:rsidRDefault="00000000">
            <w:pPr>
              <w:spacing w:after="0" w:line="245" w:lineRule="auto"/>
              <w:jc w:val="center"/>
              <w:rPr>
                <w:rFonts w:hint="eastAsia"/>
              </w:rPr>
            </w:pPr>
            <w:r>
              <w:rPr>
                <w:sz w:val="15"/>
              </w:rPr>
              <w:t>03</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F5FE9DD"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D9BB674"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9B33AA8"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BDE39E9"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7609BA7"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04020D2"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737F940" w14:textId="77777777" w:rsidR="008C3450" w:rsidRDefault="00000000">
            <w:pPr>
              <w:spacing w:after="0" w:line="245" w:lineRule="auto"/>
              <w:jc w:val="center"/>
              <w:rPr>
                <w:rFonts w:hint="eastAsia"/>
              </w:rPr>
            </w:pPr>
            <w:r>
              <w:rPr>
                <w:sz w:val="15"/>
              </w:rPr>
              <w:t>[ ]</w:t>
            </w:r>
          </w:p>
        </w:tc>
      </w:tr>
      <w:tr w:rsidR="008C3450" w14:paraId="6AB1CC52"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6445166" w14:textId="77777777" w:rsidR="008C3450" w:rsidRDefault="00000000">
            <w:pPr>
              <w:spacing w:after="0" w:line="245" w:lineRule="auto"/>
              <w:jc w:val="center"/>
              <w:rPr>
                <w:rFonts w:hint="eastAsia"/>
              </w:rPr>
            </w:pPr>
            <w:r>
              <w:rPr>
                <w:sz w:val="15"/>
              </w:rPr>
              <w:t>04</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5F38182"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9BC2EB1"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3582DAB"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8DCCC38"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99344AE"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1BE93DC"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73B5827" w14:textId="77777777" w:rsidR="008C3450" w:rsidRDefault="00000000">
            <w:pPr>
              <w:spacing w:after="0" w:line="245" w:lineRule="auto"/>
              <w:jc w:val="center"/>
              <w:rPr>
                <w:rFonts w:hint="eastAsia"/>
              </w:rPr>
            </w:pPr>
            <w:r>
              <w:rPr>
                <w:sz w:val="15"/>
              </w:rPr>
              <w:t>[ ]</w:t>
            </w:r>
          </w:p>
        </w:tc>
      </w:tr>
      <w:tr w:rsidR="008C3450" w14:paraId="3D6DDF34"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1F8652B" w14:textId="77777777" w:rsidR="008C3450" w:rsidRDefault="00000000">
            <w:pPr>
              <w:spacing w:after="0" w:line="245" w:lineRule="auto"/>
              <w:jc w:val="center"/>
              <w:rPr>
                <w:rFonts w:hint="eastAsia"/>
              </w:rPr>
            </w:pPr>
            <w:r>
              <w:rPr>
                <w:sz w:val="15"/>
              </w:rPr>
              <w:t>05</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14DF45D"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6A49A81"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3C8377C"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30543C0"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C04DCF6"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19DBCC3"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B5F2DD3" w14:textId="77777777" w:rsidR="008C3450" w:rsidRDefault="00000000">
            <w:pPr>
              <w:spacing w:after="0" w:line="245" w:lineRule="auto"/>
              <w:jc w:val="center"/>
              <w:rPr>
                <w:rFonts w:hint="eastAsia"/>
              </w:rPr>
            </w:pPr>
            <w:r>
              <w:rPr>
                <w:sz w:val="15"/>
              </w:rPr>
              <w:t>[ ]</w:t>
            </w:r>
          </w:p>
        </w:tc>
      </w:tr>
      <w:tr w:rsidR="008C3450" w14:paraId="642FB5FF"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B18A8EE" w14:textId="77777777" w:rsidR="008C3450" w:rsidRDefault="00000000">
            <w:pPr>
              <w:spacing w:after="0" w:line="245" w:lineRule="auto"/>
              <w:jc w:val="center"/>
              <w:rPr>
                <w:rFonts w:hint="eastAsia"/>
              </w:rPr>
            </w:pPr>
            <w:r>
              <w:rPr>
                <w:sz w:val="15"/>
              </w:rPr>
              <w:t>06</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C158089"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FF0EBF3"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8989D7E"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1DEF146"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0DABFB4"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2F93BD9"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E79DD68" w14:textId="77777777" w:rsidR="008C3450" w:rsidRDefault="00000000">
            <w:pPr>
              <w:spacing w:after="0" w:line="245" w:lineRule="auto"/>
              <w:jc w:val="center"/>
              <w:rPr>
                <w:rFonts w:hint="eastAsia"/>
              </w:rPr>
            </w:pPr>
            <w:r>
              <w:rPr>
                <w:sz w:val="15"/>
              </w:rPr>
              <w:t>[ ]</w:t>
            </w:r>
          </w:p>
        </w:tc>
      </w:tr>
      <w:tr w:rsidR="008C3450" w14:paraId="09A3A191"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565E1F6" w14:textId="77777777" w:rsidR="008C3450" w:rsidRDefault="00000000">
            <w:pPr>
              <w:spacing w:after="0" w:line="245" w:lineRule="auto"/>
              <w:jc w:val="center"/>
              <w:rPr>
                <w:rFonts w:hint="eastAsia"/>
              </w:rPr>
            </w:pPr>
            <w:r>
              <w:rPr>
                <w:sz w:val="15"/>
              </w:rPr>
              <w:t>07</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09A6A8B"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EF6179C"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1F48F99"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E3589F2"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6F9C696"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7441F6A"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B7604D1" w14:textId="77777777" w:rsidR="008C3450" w:rsidRDefault="00000000">
            <w:pPr>
              <w:spacing w:after="0" w:line="245" w:lineRule="auto"/>
              <w:jc w:val="center"/>
              <w:rPr>
                <w:rFonts w:hint="eastAsia"/>
              </w:rPr>
            </w:pPr>
            <w:r>
              <w:rPr>
                <w:sz w:val="15"/>
              </w:rPr>
              <w:t>[ ]</w:t>
            </w:r>
          </w:p>
        </w:tc>
      </w:tr>
      <w:tr w:rsidR="008C3450" w14:paraId="3AE6E2DD"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579F0C5" w14:textId="77777777" w:rsidR="008C3450" w:rsidRDefault="00000000">
            <w:pPr>
              <w:spacing w:after="0" w:line="245" w:lineRule="auto"/>
              <w:jc w:val="center"/>
              <w:rPr>
                <w:rFonts w:hint="eastAsia"/>
              </w:rPr>
            </w:pPr>
            <w:r>
              <w:rPr>
                <w:sz w:val="15"/>
              </w:rPr>
              <w:t>08</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2169F25"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8E3FF4C"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DC5CA92"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7F91337"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962E618"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221FAA3"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C9929D7" w14:textId="77777777" w:rsidR="008C3450" w:rsidRDefault="00000000">
            <w:pPr>
              <w:spacing w:after="0" w:line="245" w:lineRule="auto"/>
              <w:jc w:val="center"/>
              <w:rPr>
                <w:rFonts w:hint="eastAsia"/>
              </w:rPr>
            </w:pPr>
            <w:r>
              <w:rPr>
                <w:sz w:val="15"/>
              </w:rPr>
              <w:t>[ ]</w:t>
            </w:r>
          </w:p>
        </w:tc>
      </w:tr>
      <w:tr w:rsidR="008C3450" w14:paraId="40C301BA"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69A163F" w14:textId="77777777" w:rsidR="008C3450" w:rsidRDefault="00000000">
            <w:pPr>
              <w:spacing w:after="0" w:line="245" w:lineRule="auto"/>
              <w:jc w:val="center"/>
              <w:rPr>
                <w:rFonts w:hint="eastAsia"/>
              </w:rPr>
            </w:pPr>
            <w:r>
              <w:rPr>
                <w:sz w:val="15"/>
              </w:rPr>
              <w:t>09</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0544030"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B2F27FC"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B1DD161"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1F6401F"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F069C7B"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BAE15DF"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089C7CF" w14:textId="77777777" w:rsidR="008C3450" w:rsidRDefault="00000000">
            <w:pPr>
              <w:spacing w:after="0" w:line="245" w:lineRule="auto"/>
              <w:jc w:val="center"/>
              <w:rPr>
                <w:rFonts w:hint="eastAsia"/>
              </w:rPr>
            </w:pPr>
            <w:r>
              <w:rPr>
                <w:sz w:val="15"/>
              </w:rPr>
              <w:t>[ ]</w:t>
            </w:r>
          </w:p>
        </w:tc>
      </w:tr>
      <w:tr w:rsidR="008C3450" w14:paraId="3EC06D06"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42618E3" w14:textId="77777777" w:rsidR="008C3450" w:rsidRDefault="00000000">
            <w:pPr>
              <w:spacing w:after="0" w:line="245" w:lineRule="auto"/>
              <w:jc w:val="center"/>
              <w:rPr>
                <w:rFonts w:hint="eastAsia"/>
              </w:rPr>
            </w:pPr>
            <w:r>
              <w:rPr>
                <w:sz w:val="15"/>
              </w:rPr>
              <w:t>10</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4957304"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46A1CEC"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5E4539D"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3688BA0"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CC12795"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9184A49"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3E68D1E" w14:textId="77777777" w:rsidR="008C3450" w:rsidRDefault="00000000">
            <w:pPr>
              <w:spacing w:after="0" w:line="245" w:lineRule="auto"/>
              <w:jc w:val="center"/>
              <w:rPr>
                <w:rFonts w:hint="eastAsia"/>
              </w:rPr>
            </w:pPr>
            <w:r>
              <w:rPr>
                <w:sz w:val="15"/>
              </w:rPr>
              <w:t>[ ]</w:t>
            </w:r>
          </w:p>
        </w:tc>
      </w:tr>
      <w:tr w:rsidR="008C3450" w14:paraId="2A386572"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72350B3" w14:textId="77777777" w:rsidR="008C3450" w:rsidRDefault="00000000">
            <w:pPr>
              <w:spacing w:after="0" w:line="245" w:lineRule="auto"/>
              <w:jc w:val="center"/>
              <w:rPr>
                <w:rFonts w:hint="eastAsia"/>
              </w:rPr>
            </w:pPr>
            <w:r>
              <w:rPr>
                <w:sz w:val="15"/>
              </w:rPr>
              <w:t>11</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0DBD4D8"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C813903"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474FA0F"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6AA06B6"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3D0584D"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AD82FD4"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2AFB827" w14:textId="77777777" w:rsidR="008C3450" w:rsidRDefault="00000000">
            <w:pPr>
              <w:spacing w:after="0" w:line="245" w:lineRule="auto"/>
              <w:jc w:val="center"/>
              <w:rPr>
                <w:rFonts w:hint="eastAsia"/>
              </w:rPr>
            </w:pPr>
            <w:r>
              <w:rPr>
                <w:sz w:val="15"/>
              </w:rPr>
              <w:t>[ ]</w:t>
            </w:r>
          </w:p>
        </w:tc>
      </w:tr>
      <w:tr w:rsidR="008C3450" w14:paraId="680F7F0B" w14:textId="77777777">
        <w:trPr>
          <w:cantSplit/>
          <w:jc w:val="center"/>
        </w:trPr>
        <w:tc>
          <w:tcPr>
            <w:tcW w:w="60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0987F83" w14:textId="77777777" w:rsidR="008C3450" w:rsidRDefault="00000000">
            <w:pPr>
              <w:spacing w:after="0" w:line="245" w:lineRule="auto"/>
              <w:jc w:val="center"/>
              <w:rPr>
                <w:rFonts w:hint="eastAsia"/>
              </w:rPr>
            </w:pPr>
            <w:r>
              <w:rPr>
                <w:sz w:val="15"/>
              </w:rPr>
              <w:t>12</w:t>
            </w:r>
          </w:p>
        </w:tc>
        <w:tc>
          <w:tcPr>
            <w:tcW w:w="108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5609ECF" w14:textId="77777777" w:rsidR="008C3450" w:rsidRDefault="00000000">
            <w:pPr>
              <w:spacing w:after="0" w:line="245" w:lineRule="auto"/>
              <w:jc w:val="center"/>
              <w:rPr>
                <w:rFonts w:hint="eastAsia"/>
              </w:rPr>
            </w:pPr>
            <w:r>
              <w:rPr>
                <w:sz w:val="15"/>
              </w:rPr>
              <w:t>[ ]</w:t>
            </w:r>
          </w:p>
        </w:tc>
        <w:tc>
          <w:tcPr>
            <w:tcW w:w="266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6B912FC" w14:textId="77777777" w:rsidR="008C3450" w:rsidRDefault="00000000">
            <w:pPr>
              <w:spacing w:after="0" w:line="245" w:lineRule="auto"/>
              <w:rPr>
                <w:rFonts w:hint="eastAsia"/>
              </w:rPr>
            </w:pPr>
            <w:r>
              <w:rPr>
                <w:sz w:val="15"/>
              </w:rPr>
              <w:t>[ ]</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51A38B1"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9FDD4C3" w14:textId="77777777" w:rsidR="008C3450" w:rsidRDefault="00000000">
            <w:pPr>
              <w:spacing w:after="0" w:line="245" w:lineRule="auto"/>
              <w:rPr>
                <w:rFonts w:hint="eastAsia"/>
              </w:rPr>
            </w:pPr>
            <w:r>
              <w:rPr>
                <w:sz w:val="15"/>
              </w:rPr>
              <w:t>[ ]</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9D81D59" w14:textId="77777777" w:rsidR="008C3450" w:rsidRDefault="00000000">
            <w:pPr>
              <w:spacing w:after="0" w:line="245" w:lineRule="auto"/>
              <w:rPr>
                <w:rFonts w:hint="eastAsia"/>
              </w:rPr>
            </w:pPr>
            <w:r>
              <w:rPr>
                <w:sz w:val="15"/>
              </w:rPr>
              <w:t>[ ]</w:t>
            </w:r>
          </w:p>
        </w:tc>
        <w:tc>
          <w:tcPr>
            <w:tcW w:w="223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2EAB75F" w14:textId="77777777" w:rsidR="008C3450" w:rsidRDefault="00000000">
            <w:pPr>
              <w:spacing w:after="0" w:line="245" w:lineRule="auto"/>
              <w:rPr>
                <w:rFonts w:hint="eastAsia"/>
              </w:rPr>
            </w:pPr>
            <w:r>
              <w:rPr>
                <w:sz w:val="15"/>
              </w:rPr>
              <w:t>[ ]</w:t>
            </w:r>
          </w:p>
        </w:tc>
        <w:tc>
          <w:tcPr>
            <w:tcW w:w="79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189A1C3" w14:textId="77777777" w:rsidR="008C3450" w:rsidRDefault="00000000">
            <w:pPr>
              <w:spacing w:after="0" w:line="245" w:lineRule="auto"/>
              <w:jc w:val="center"/>
              <w:rPr>
                <w:rFonts w:hint="eastAsia"/>
              </w:rPr>
            </w:pPr>
            <w:r>
              <w:rPr>
                <w:sz w:val="15"/>
              </w:rPr>
              <w:t>[ ]</w:t>
            </w:r>
          </w:p>
        </w:tc>
      </w:tr>
    </w:tbl>
    <w:p w14:paraId="3589B498" w14:textId="77777777" w:rsidR="008C3450" w:rsidRDefault="00000000">
      <w:pPr>
        <w:spacing w:before="100" w:after="0" w:line="259" w:lineRule="auto"/>
        <w:rPr>
          <w:rFonts w:hint="eastAsia"/>
        </w:rPr>
      </w:pPr>
      <w:r>
        <w:rPr>
          <w:color w:val="5D6B78"/>
          <w:sz w:val="16"/>
        </w:rPr>
        <w:t>Statusvorschlag: [ ] geplant   [ ] in Arbeit   [ ] vermittelt   [ ] vertiefen / wiederholen</w:t>
      </w:r>
    </w:p>
    <w:p w14:paraId="7EE1FEC3" w14:textId="77777777" w:rsidR="008C3450" w:rsidRDefault="00000000">
      <w:pPr>
        <w:rPr>
          <w:rFonts w:hint="eastAsia"/>
        </w:rPr>
      </w:pPr>
      <w:r>
        <w:br w:type="page"/>
      </w:r>
    </w:p>
    <w:p w14:paraId="3EF76CFC" w14:textId="77777777" w:rsidR="008C3450" w:rsidRDefault="00000000">
      <w:pPr>
        <w:spacing w:after="80" w:line="259" w:lineRule="auto"/>
        <w:rPr>
          <w:rFonts w:hint="eastAsia"/>
        </w:rPr>
      </w:pPr>
      <w:r>
        <w:rPr>
          <w:b/>
          <w:color w:val="2A7F87"/>
          <w:sz w:val="18"/>
        </w:rPr>
        <w:lastRenderedPageBreak/>
        <w:t>06</w:t>
      </w:r>
      <w:r>
        <w:rPr>
          <w:b/>
          <w:color w:val="183A5A"/>
          <w:sz w:val="36"/>
        </w:rPr>
        <w:t xml:space="preserve">  Berufsübergreifende Themenfelder</w:t>
      </w:r>
    </w:p>
    <w:p w14:paraId="351CD9FC" w14:textId="77777777" w:rsidR="008C3450" w:rsidRDefault="00000000">
      <w:pPr>
        <w:spacing w:line="259" w:lineRule="auto"/>
        <w:rPr>
          <w:rFonts w:hint="eastAsia"/>
        </w:rPr>
      </w:pPr>
      <w:r>
        <w:rPr>
          <w:color w:val="5D6B78"/>
        </w:rPr>
        <w:t>Diese Bereiche können als Ergänzung in die Planungsmatrix integriert werden, soweit sie zur jeweiligen Ausbildungsordnung und zum Betrieb passen.</w:t>
      </w:r>
    </w:p>
    <w:tbl>
      <w:tblPr>
        <w:tblW w:w="0" w:type="auto"/>
        <w:jc w:val="center"/>
        <w:tblLayout w:type="fixed"/>
        <w:tblLook w:val="04A0" w:firstRow="1" w:lastRow="0" w:firstColumn="1" w:lastColumn="0" w:noHBand="0" w:noVBand="1"/>
      </w:tblPr>
      <w:tblGrid>
        <w:gridCol w:w="1944"/>
        <w:gridCol w:w="3240"/>
        <w:gridCol w:w="3816"/>
        <w:gridCol w:w="1368"/>
        <w:gridCol w:w="1512"/>
        <w:gridCol w:w="1800"/>
      </w:tblGrid>
      <w:tr w:rsidR="008C3450" w14:paraId="0166B6A8" w14:textId="77777777">
        <w:trPr>
          <w:cantSplit/>
          <w:tblHeader/>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2EE37B9A" w14:textId="77777777" w:rsidR="008C3450" w:rsidRDefault="00000000">
            <w:pPr>
              <w:spacing w:after="0" w:line="245" w:lineRule="auto"/>
              <w:rPr>
                <w:rFonts w:hint="eastAsia"/>
              </w:rPr>
            </w:pPr>
            <w:r>
              <w:rPr>
                <w:b/>
                <w:color w:val="FFFFFF"/>
                <w:sz w:val="15"/>
              </w:rPr>
              <w:t>Themenfeld</w:t>
            </w:r>
          </w:p>
        </w:tc>
        <w:tc>
          <w:tcPr>
            <w:tcW w:w="3240"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6809A1BA" w14:textId="77777777" w:rsidR="008C3450" w:rsidRDefault="00000000">
            <w:pPr>
              <w:spacing w:after="0" w:line="245" w:lineRule="auto"/>
              <w:rPr>
                <w:rFonts w:hint="eastAsia"/>
              </w:rPr>
            </w:pPr>
            <w:r>
              <w:rPr>
                <w:b/>
                <w:color w:val="FFFFFF"/>
                <w:sz w:val="15"/>
              </w:rPr>
              <w:t>Mögliche Lernziele</w:t>
            </w:r>
          </w:p>
        </w:tc>
        <w:tc>
          <w:tcPr>
            <w:tcW w:w="381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548E5428" w14:textId="77777777" w:rsidR="008C3450" w:rsidRDefault="00000000">
            <w:pPr>
              <w:spacing w:after="0" w:line="245" w:lineRule="auto"/>
              <w:rPr>
                <w:rFonts w:hint="eastAsia"/>
              </w:rPr>
            </w:pPr>
            <w:r>
              <w:rPr>
                <w:b/>
                <w:color w:val="FFFFFF"/>
                <w:sz w:val="15"/>
              </w:rPr>
              <w:t>Geeignete Lerngelegenheiten</w:t>
            </w:r>
          </w:p>
        </w:tc>
        <w:tc>
          <w:tcPr>
            <w:tcW w:w="1368"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733F5879" w14:textId="77777777" w:rsidR="008C3450" w:rsidRDefault="00000000">
            <w:pPr>
              <w:spacing w:after="0" w:line="245" w:lineRule="auto"/>
              <w:rPr>
                <w:rFonts w:hint="eastAsia"/>
              </w:rPr>
            </w:pPr>
            <w:r>
              <w:rPr>
                <w:b/>
                <w:color w:val="FFFFFF"/>
                <w:sz w:val="15"/>
              </w:rPr>
              <w:t>Zeitraum</w:t>
            </w:r>
          </w:p>
        </w:tc>
        <w:tc>
          <w:tcPr>
            <w:tcW w:w="1512"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603200E8" w14:textId="77777777" w:rsidR="008C3450" w:rsidRDefault="00000000">
            <w:pPr>
              <w:spacing w:after="0" w:line="245" w:lineRule="auto"/>
              <w:rPr>
                <w:rFonts w:hint="eastAsia"/>
              </w:rPr>
            </w:pPr>
            <w:r>
              <w:rPr>
                <w:b/>
                <w:color w:val="FFFFFF"/>
                <w:sz w:val="15"/>
              </w:rPr>
              <w:t>Ausbilder</w:t>
            </w:r>
          </w:p>
        </w:tc>
        <w:tc>
          <w:tcPr>
            <w:tcW w:w="1800"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7959B44C" w14:textId="77777777" w:rsidR="008C3450" w:rsidRDefault="00000000">
            <w:pPr>
              <w:spacing w:after="0" w:line="245" w:lineRule="auto"/>
              <w:rPr>
                <w:rFonts w:hint="eastAsia"/>
              </w:rPr>
            </w:pPr>
            <w:r>
              <w:rPr>
                <w:b/>
                <w:color w:val="FFFFFF"/>
                <w:sz w:val="15"/>
              </w:rPr>
              <w:t>Kontrolle</w:t>
            </w:r>
          </w:p>
        </w:tc>
      </w:tr>
      <w:tr w:rsidR="008C3450" w14:paraId="31BEC24A"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C7A0600" w14:textId="77777777" w:rsidR="008C3450" w:rsidRDefault="00000000">
            <w:pPr>
              <w:spacing w:after="0" w:line="245" w:lineRule="auto"/>
              <w:rPr>
                <w:rFonts w:hint="eastAsia"/>
              </w:rPr>
            </w:pPr>
            <w:r>
              <w:rPr>
                <w:sz w:val="15"/>
              </w:rPr>
              <w:t>Betrieb &amp; Ausbildung</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04505F7" w14:textId="77777777" w:rsidR="008C3450" w:rsidRDefault="00000000">
            <w:pPr>
              <w:spacing w:after="0" w:line="245" w:lineRule="auto"/>
              <w:rPr>
                <w:rFonts w:hint="eastAsia"/>
              </w:rPr>
            </w:pPr>
            <w:r>
              <w:rPr>
                <w:sz w:val="15"/>
              </w:rPr>
              <w:t>Aufbau, Zuständigkeiten, Rechte/Pflichten, Ausbildungsablauf verstehen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302C37B" w14:textId="77777777" w:rsidR="008C3450" w:rsidRDefault="00000000">
            <w:pPr>
              <w:spacing w:after="0" w:line="245" w:lineRule="auto"/>
              <w:rPr>
                <w:rFonts w:hint="eastAsia"/>
              </w:rPr>
            </w:pPr>
            <w:r>
              <w:rPr>
                <w:sz w:val="15"/>
              </w:rPr>
              <w:t>Betriebsrundgang, Organigramm, Einführungsgespräch</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C11E4A2" w14:textId="77777777" w:rsidR="008C3450" w:rsidRDefault="00000000">
            <w:pPr>
              <w:spacing w:after="0" w:line="245" w:lineRule="auto"/>
              <w:rPr>
                <w:rFonts w:hint="eastAsia"/>
              </w:rPr>
            </w:pPr>
            <w:r>
              <w:rPr>
                <w:sz w:val="15"/>
              </w:rPr>
              <w:t>[laufend / Start]</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57CCF00"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01E3407" w14:textId="77777777" w:rsidR="008C3450" w:rsidRDefault="00000000">
            <w:pPr>
              <w:spacing w:after="0" w:line="245" w:lineRule="auto"/>
              <w:rPr>
                <w:rFonts w:hint="eastAsia"/>
              </w:rPr>
            </w:pPr>
            <w:r>
              <w:rPr>
                <w:sz w:val="15"/>
              </w:rPr>
              <w:t>[Gespräch]</w:t>
            </w:r>
          </w:p>
        </w:tc>
      </w:tr>
      <w:tr w:rsidR="008C3450" w14:paraId="0E0EE91F"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E30713D" w14:textId="77777777" w:rsidR="008C3450" w:rsidRDefault="00000000">
            <w:pPr>
              <w:spacing w:after="0" w:line="245" w:lineRule="auto"/>
              <w:rPr>
                <w:rFonts w:hint="eastAsia"/>
              </w:rPr>
            </w:pPr>
            <w:r>
              <w:rPr>
                <w:sz w:val="15"/>
              </w:rPr>
              <w:t>Arbeitssicherheit</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37521A1" w14:textId="77777777" w:rsidR="008C3450" w:rsidRDefault="00000000">
            <w:pPr>
              <w:spacing w:after="0" w:line="245" w:lineRule="auto"/>
              <w:rPr>
                <w:rFonts w:hint="eastAsia"/>
              </w:rPr>
            </w:pPr>
            <w:r>
              <w:rPr>
                <w:sz w:val="15"/>
              </w:rPr>
              <w:t>Gefährdungen erkennen, Schutzmaßnahmen und Unterweisungen anwenden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F97E9B0" w14:textId="77777777" w:rsidR="008C3450" w:rsidRDefault="00000000">
            <w:pPr>
              <w:spacing w:after="0" w:line="245" w:lineRule="auto"/>
              <w:rPr>
                <w:rFonts w:hint="eastAsia"/>
              </w:rPr>
            </w:pPr>
            <w:r>
              <w:rPr>
                <w:sz w:val="15"/>
              </w:rPr>
              <w:t>Sicherheitsunterweisung, Arbeitsplatzcheck</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1ECFAB9" w14:textId="77777777" w:rsidR="008C3450" w:rsidRDefault="00000000">
            <w:pPr>
              <w:spacing w:after="0" w:line="245" w:lineRule="auto"/>
              <w:rPr>
                <w:rFonts w:hint="eastAsia"/>
              </w:rPr>
            </w:pPr>
            <w:r>
              <w:rPr>
                <w:sz w:val="15"/>
              </w:rPr>
              <w:t>[laufend]</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B5B79BA"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F59AB56" w14:textId="77777777" w:rsidR="008C3450" w:rsidRDefault="00000000">
            <w:pPr>
              <w:spacing w:after="0" w:line="245" w:lineRule="auto"/>
              <w:rPr>
                <w:rFonts w:hint="eastAsia"/>
              </w:rPr>
            </w:pPr>
            <w:r>
              <w:rPr>
                <w:sz w:val="15"/>
              </w:rPr>
              <w:t>[Praxischeck]</w:t>
            </w:r>
          </w:p>
        </w:tc>
      </w:tr>
      <w:tr w:rsidR="008C3450" w14:paraId="09DB161F"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D120CCC" w14:textId="77777777" w:rsidR="008C3450" w:rsidRDefault="00000000">
            <w:pPr>
              <w:spacing w:after="0" w:line="245" w:lineRule="auto"/>
              <w:rPr>
                <w:rFonts w:hint="eastAsia"/>
              </w:rPr>
            </w:pPr>
            <w:r>
              <w:rPr>
                <w:sz w:val="15"/>
              </w:rPr>
              <w:t>Umwelt &amp; Nachhaltigkeit</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881D356" w14:textId="77777777" w:rsidR="008C3450" w:rsidRDefault="00000000">
            <w:pPr>
              <w:spacing w:after="0" w:line="245" w:lineRule="auto"/>
              <w:rPr>
                <w:rFonts w:hint="eastAsia"/>
              </w:rPr>
            </w:pPr>
            <w:r>
              <w:rPr>
                <w:sz w:val="15"/>
              </w:rPr>
              <w:t>Ressourcen, Energie, Material und Abfall verantwortungsvoll einsetzen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795735E" w14:textId="77777777" w:rsidR="008C3450" w:rsidRDefault="00000000">
            <w:pPr>
              <w:spacing w:after="0" w:line="245" w:lineRule="auto"/>
              <w:rPr>
                <w:rFonts w:hint="eastAsia"/>
              </w:rPr>
            </w:pPr>
            <w:r>
              <w:rPr>
                <w:sz w:val="15"/>
              </w:rPr>
              <w:t>Arbeitsauftrag mit Ressourcenvergleich</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B77B0EC" w14:textId="77777777" w:rsidR="008C3450" w:rsidRDefault="00000000">
            <w:pPr>
              <w:spacing w:after="0" w:line="245" w:lineRule="auto"/>
              <w:rPr>
                <w:rFonts w:hint="eastAsia"/>
              </w:rPr>
            </w:pPr>
            <w:r>
              <w:rPr>
                <w:sz w:val="15"/>
              </w:rPr>
              <w:t>[laufend]</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9CB040E"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C678160" w14:textId="77777777" w:rsidR="008C3450" w:rsidRDefault="00000000">
            <w:pPr>
              <w:spacing w:after="0" w:line="245" w:lineRule="auto"/>
              <w:rPr>
                <w:rFonts w:hint="eastAsia"/>
              </w:rPr>
            </w:pPr>
            <w:r>
              <w:rPr>
                <w:sz w:val="15"/>
              </w:rPr>
              <w:t>[Ergebnis]</w:t>
            </w:r>
          </w:p>
        </w:tc>
      </w:tr>
      <w:tr w:rsidR="008C3450" w14:paraId="5D68561B"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4EC595C" w14:textId="77777777" w:rsidR="008C3450" w:rsidRDefault="00000000">
            <w:pPr>
              <w:spacing w:after="0" w:line="245" w:lineRule="auto"/>
              <w:rPr>
                <w:rFonts w:hint="eastAsia"/>
              </w:rPr>
            </w:pPr>
            <w:r>
              <w:rPr>
                <w:sz w:val="15"/>
              </w:rPr>
              <w:t>Digitale Arbeitswelt</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A2CFDCE" w14:textId="77777777" w:rsidR="008C3450" w:rsidRDefault="00000000">
            <w:pPr>
              <w:spacing w:after="0" w:line="245" w:lineRule="auto"/>
              <w:rPr>
                <w:rFonts w:hint="eastAsia"/>
              </w:rPr>
            </w:pPr>
            <w:r>
              <w:rPr>
                <w:sz w:val="15"/>
              </w:rPr>
              <w:t>Digitale Werkzeuge, Daten, Kommunikation und IT-Sicherheit sicher nutzen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B11AA71" w14:textId="77777777" w:rsidR="008C3450" w:rsidRDefault="00000000">
            <w:pPr>
              <w:spacing w:after="0" w:line="245" w:lineRule="auto"/>
              <w:rPr>
                <w:rFonts w:hint="eastAsia"/>
              </w:rPr>
            </w:pPr>
            <w:r>
              <w:rPr>
                <w:sz w:val="15"/>
              </w:rPr>
              <w:t>Softwareaufgabe, Rechtekonzept, Datensicherung</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FC48C63" w14:textId="77777777" w:rsidR="008C3450" w:rsidRDefault="00000000">
            <w:pPr>
              <w:spacing w:after="0" w:line="245" w:lineRule="auto"/>
              <w:rPr>
                <w:rFonts w:hint="eastAsia"/>
              </w:rPr>
            </w:pPr>
            <w:r>
              <w:rPr>
                <w:sz w:val="15"/>
              </w:rPr>
              <w:t>[laufend]</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24A9BEA"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34C33B4" w14:textId="77777777" w:rsidR="008C3450" w:rsidRDefault="00000000">
            <w:pPr>
              <w:spacing w:after="0" w:line="245" w:lineRule="auto"/>
              <w:rPr>
                <w:rFonts w:hint="eastAsia"/>
              </w:rPr>
            </w:pPr>
            <w:r>
              <w:rPr>
                <w:sz w:val="15"/>
              </w:rPr>
              <w:t>[Arbeitsprobe]</w:t>
            </w:r>
          </w:p>
        </w:tc>
      </w:tr>
      <w:tr w:rsidR="008C3450" w14:paraId="2AC5F2AE"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6BC4239" w14:textId="77777777" w:rsidR="008C3450" w:rsidRDefault="00000000">
            <w:pPr>
              <w:spacing w:after="0" w:line="245" w:lineRule="auto"/>
              <w:rPr>
                <w:rFonts w:hint="eastAsia"/>
              </w:rPr>
            </w:pPr>
            <w:r>
              <w:rPr>
                <w:sz w:val="15"/>
              </w:rPr>
              <w:t>Qualität</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F453435" w14:textId="77777777" w:rsidR="008C3450" w:rsidRDefault="00000000">
            <w:pPr>
              <w:spacing w:after="0" w:line="245" w:lineRule="auto"/>
              <w:rPr>
                <w:rFonts w:hint="eastAsia"/>
              </w:rPr>
            </w:pPr>
            <w:r>
              <w:rPr>
                <w:sz w:val="15"/>
              </w:rPr>
              <w:t>Qualitätsanforderungen kennen, Ergebnisse prüfen und Abweichungen bearbeiten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CF0DB9A" w14:textId="77777777" w:rsidR="008C3450" w:rsidRDefault="00000000">
            <w:pPr>
              <w:spacing w:after="0" w:line="245" w:lineRule="auto"/>
              <w:rPr>
                <w:rFonts w:hint="eastAsia"/>
              </w:rPr>
            </w:pPr>
            <w:r>
              <w:rPr>
                <w:sz w:val="15"/>
              </w:rPr>
              <w:t>Prüfplan, Soll-Ist-Vergleich, Reklamationsfall</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F2570A5"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A5F51A5"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5CBE966" w14:textId="77777777" w:rsidR="008C3450" w:rsidRDefault="00000000">
            <w:pPr>
              <w:spacing w:after="0" w:line="245" w:lineRule="auto"/>
              <w:rPr>
                <w:rFonts w:hint="eastAsia"/>
              </w:rPr>
            </w:pPr>
            <w:r>
              <w:rPr>
                <w:sz w:val="15"/>
              </w:rPr>
              <w:t>[Checkliste]</w:t>
            </w:r>
          </w:p>
        </w:tc>
      </w:tr>
      <w:tr w:rsidR="008C3450" w14:paraId="66797197"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6FBC42C" w14:textId="77777777" w:rsidR="008C3450" w:rsidRDefault="00000000">
            <w:pPr>
              <w:spacing w:after="0" w:line="245" w:lineRule="auto"/>
              <w:rPr>
                <w:rFonts w:hint="eastAsia"/>
              </w:rPr>
            </w:pPr>
            <w:r>
              <w:rPr>
                <w:sz w:val="15"/>
              </w:rPr>
              <w:t>Kommunikation</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3A17FFD" w14:textId="77777777" w:rsidR="008C3450" w:rsidRDefault="00000000">
            <w:pPr>
              <w:spacing w:after="0" w:line="245" w:lineRule="auto"/>
              <w:rPr>
                <w:rFonts w:hint="eastAsia"/>
              </w:rPr>
            </w:pPr>
            <w:r>
              <w:rPr>
                <w:sz w:val="15"/>
              </w:rPr>
              <w:t>Adressatengerecht informieren, abstimmen, Konflikte sachlich bearbeiten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5B7C2A2" w14:textId="77777777" w:rsidR="008C3450" w:rsidRDefault="00000000">
            <w:pPr>
              <w:spacing w:after="0" w:line="245" w:lineRule="auto"/>
              <w:rPr>
                <w:rFonts w:hint="eastAsia"/>
              </w:rPr>
            </w:pPr>
            <w:r>
              <w:rPr>
                <w:sz w:val="15"/>
              </w:rPr>
              <w:t>Teamübergabe, Fachgespräch, Kundensituation</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5B2A3C2"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1411A53"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99BBB9D" w14:textId="77777777" w:rsidR="008C3450" w:rsidRDefault="00000000">
            <w:pPr>
              <w:spacing w:after="0" w:line="245" w:lineRule="auto"/>
              <w:rPr>
                <w:rFonts w:hint="eastAsia"/>
              </w:rPr>
            </w:pPr>
            <w:r>
              <w:rPr>
                <w:sz w:val="15"/>
              </w:rPr>
              <w:t>[Feedback]</w:t>
            </w:r>
          </w:p>
        </w:tc>
      </w:tr>
      <w:tr w:rsidR="008C3450" w14:paraId="6E2C9254"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C079BEC" w14:textId="77777777" w:rsidR="008C3450" w:rsidRDefault="00000000">
            <w:pPr>
              <w:spacing w:after="0" w:line="245" w:lineRule="auto"/>
              <w:rPr>
                <w:rFonts w:hint="eastAsia"/>
              </w:rPr>
            </w:pPr>
            <w:r>
              <w:rPr>
                <w:sz w:val="15"/>
              </w:rPr>
              <w:t>Arbeitsorganisation</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AF5A66B" w14:textId="77777777" w:rsidR="008C3450" w:rsidRDefault="00000000">
            <w:pPr>
              <w:spacing w:after="0" w:line="245" w:lineRule="auto"/>
              <w:rPr>
                <w:rFonts w:hint="eastAsia"/>
              </w:rPr>
            </w:pPr>
            <w:r>
              <w:rPr>
                <w:sz w:val="15"/>
              </w:rPr>
              <w:t>Aufgaben priorisieren, Zeit und Mittel planen, Fortschritt dokumentieren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CFE301D" w14:textId="77777777" w:rsidR="008C3450" w:rsidRDefault="00000000">
            <w:pPr>
              <w:spacing w:after="0" w:line="245" w:lineRule="auto"/>
              <w:rPr>
                <w:rFonts w:hint="eastAsia"/>
              </w:rPr>
            </w:pPr>
            <w:r>
              <w:rPr>
                <w:sz w:val="15"/>
              </w:rPr>
              <w:t>Wochenplanung, Auftrag, Projektplan</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E8888D3"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6F5DAA6"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0D1DD88" w14:textId="77777777" w:rsidR="008C3450" w:rsidRDefault="00000000">
            <w:pPr>
              <w:spacing w:after="0" w:line="245" w:lineRule="auto"/>
              <w:rPr>
                <w:rFonts w:hint="eastAsia"/>
              </w:rPr>
            </w:pPr>
            <w:r>
              <w:rPr>
                <w:sz w:val="15"/>
              </w:rPr>
              <w:t>[Review]</w:t>
            </w:r>
          </w:p>
        </w:tc>
      </w:tr>
      <w:tr w:rsidR="008C3450" w14:paraId="0735FAEF"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EF69E3F" w14:textId="77777777" w:rsidR="008C3450" w:rsidRDefault="00000000">
            <w:pPr>
              <w:spacing w:after="0" w:line="245" w:lineRule="auto"/>
              <w:rPr>
                <w:rFonts w:hint="eastAsia"/>
              </w:rPr>
            </w:pPr>
            <w:r>
              <w:rPr>
                <w:sz w:val="15"/>
              </w:rPr>
              <w:t>Wirtschaftlichkeit</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621A8F0" w14:textId="77777777" w:rsidR="008C3450" w:rsidRDefault="00000000">
            <w:pPr>
              <w:spacing w:after="0" w:line="245" w:lineRule="auto"/>
              <w:rPr>
                <w:rFonts w:hint="eastAsia"/>
              </w:rPr>
            </w:pPr>
            <w:r>
              <w:rPr>
                <w:sz w:val="15"/>
              </w:rPr>
              <w:t>Kosten, Zeit, Qualität und Nutzen bei Entscheidungen berücksichtigen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45AAEB2" w14:textId="77777777" w:rsidR="008C3450" w:rsidRDefault="00000000">
            <w:pPr>
              <w:spacing w:after="0" w:line="245" w:lineRule="auto"/>
              <w:rPr>
                <w:rFonts w:hint="eastAsia"/>
              </w:rPr>
            </w:pPr>
            <w:r>
              <w:rPr>
                <w:sz w:val="15"/>
              </w:rPr>
              <w:t>Angebot / Kalkulation / Prozessvergleich</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5EC9C49"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1346A26"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2D8EE2C" w14:textId="77777777" w:rsidR="008C3450" w:rsidRDefault="00000000">
            <w:pPr>
              <w:spacing w:after="0" w:line="245" w:lineRule="auto"/>
              <w:rPr>
                <w:rFonts w:hint="eastAsia"/>
              </w:rPr>
            </w:pPr>
            <w:r>
              <w:rPr>
                <w:sz w:val="15"/>
              </w:rPr>
              <w:t>[Fachgespräch]</w:t>
            </w:r>
          </w:p>
        </w:tc>
      </w:tr>
      <w:tr w:rsidR="008C3450" w14:paraId="032D1CCE"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CE85A7F" w14:textId="77777777" w:rsidR="008C3450" w:rsidRDefault="00000000">
            <w:pPr>
              <w:spacing w:after="0" w:line="245" w:lineRule="auto"/>
              <w:rPr>
                <w:rFonts w:hint="eastAsia"/>
              </w:rPr>
            </w:pPr>
            <w:r>
              <w:rPr>
                <w:sz w:val="15"/>
              </w:rPr>
              <w:t>Datenschutz &amp; Vertraulichkeit</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8E49267" w14:textId="77777777" w:rsidR="008C3450" w:rsidRDefault="00000000">
            <w:pPr>
              <w:spacing w:after="0" w:line="245" w:lineRule="auto"/>
              <w:rPr>
                <w:rFonts w:hint="eastAsia"/>
              </w:rPr>
            </w:pPr>
            <w:r>
              <w:rPr>
                <w:sz w:val="15"/>
              </w:rPr>
              <w:t>Betriebliche Regeln bei personenbezogenen und vertraulichen Daten anwenden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3D15236" w14:textId="77777777" w:rsidR="008C3450" w:rsidRDefault="00000000">
            <w:pPr>
              <w:spacing w:after="0" w:line="245" w:lineRule="auto"/>
              <w:rPr>
                <w:rFonts w:hint="eastAsia"/>
              </w:rPr>
            </w:pPr>
            <w:r>
              <w:rPr>
                <w:sz w:val="15"/>
              </w:rPr>
              <w:t>Fallbeispiel, Systemzugriffe, Dokumentenablage</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04B9E77" w14:textId="77777777" w:rsidR="008C3450" w:rsidRDefault="00000000">
            <w:pPr>
              <w:spacing w:after="0" w:line="245" w:lineRule="auto"/>
              <w:rPr>
                <w:rFonts w:hint="eastAsia"/>
              </w:rPr>
            </w:pPr>
            <w:r>
              <w:rPr>
                <w:sz w:val="15"/>
              </w:rPr>
              <w:t>[ ]</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00ADB39"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B89090D" w14:textId="77777777" w:rsidR="008C3450" w:rsidRDefault="00000000">
            <w:pPr>
              <w:spacing w:after="0" w:line="245" w:lineRule="auto"/>
              <w:rPr>
                <w:rFonts w:hint="eastAsia"/>
              </w:rPr>
            </w:pPr>
            <w:r>
              <w:rPr>
                <w:sz w:val="15"/>
              </w:rPr>
              <w:t>[Kurztest]</w:t>
            </w:r>
          </w:p>
        </w:tc>
      </w:tr>
      <w:tr w:rsidR="008C3450" w14:paraId="4CD53E7D" w14:textId="77777777">
        <w:trPr>
          <w:cantSplit/>
          <w:jc w:val="center"/>
        </w:trPr>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4B6BFA8" w14:textId="77777777" w:rsidR="008C3450" w:rsidRDefault="00000000">
            <w:pPr>
              <w:spacing w:after="0" w:line="245" w:lineRule="auto"/>
              <w:rPr>
                <w:rFonts w:hint="eastAsia"/>
              </w:rPr>
            </w:pPr>
            <w:r>
              <w:rPr>
                <w:sz w:val="15"/>
              </w:rPr>
              <w:t>Prüfung &amp; Transfer</w:t>
            </w:r>
          </w:p>
        </w:tc>
        <w:tc>
          <w:tcPr>
            <w:tcW w:w="324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1E39269" w14:textId="77777777" w:rsidR="008C3450" w:rsidRDefault="00000000">
            <w:pPr>
              <w:spacing w:after="0" w:line="245" w:lineRule="auto"/>
              <w:rPr>
                <w:rFonts w:hint="eastAsia"/>
              </w:rPr>
            </w:pPr>
            <w:r>
              <w:rPr>
                <w:sz w:val="15"/>
              </w:rPr>
              <w:t>Prüfungsanforderungen einordnen und vollständige Arbeitsprozesse sicher bearbeiten</w:t>
            </w:r>
          </w:p>
        </w:tc>
        <w:tc>
          <w:tcPr>
            <w:tcW w:w="38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27492CC" w14:textId="77777777" w:rsidR="008C3450" w:rsidRDefault="00000000">
            <w:pPr>
              <w:spacing w:after="0" w:line="245" w:lineRule="auto"/>
              <w:rPr>
                <w:rFonts w:hint="eastAsia"/>
              </w:rPr>
            </w:pPr>
            <w:r>
              <w:rPr>
                <w:sz w:val="15"/>
              </w:rPr>
              <w:t>Simulation, Projekt, Fachgespräch</w:t>
            </w:r>
          </w:p>
        </w:tc>
        <w:tc>
          <w:tcPr>
            <w:tcW w:w="1368"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D306EFB" w14:textId="77777777" w:rsidR="008C3450" w:rsidRDefault="00000000">
            <w:pPr>
              <w:spacing w:after="0" w:line="245" w:lineRule="auto"/>
              <w:rPr>
                <w:rFonts w:hint="eastAsia"/>
              </w:rPr>
            </w:pPr>
            <w:r>
              <w:rPr>
                <w:sz w:val="15"/>
              </w:rPr>
              <w:t>[Endphase]</w:t>
            </w:r>
          </w:p>
        </w:tc>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61E68FB" w14:textId="77777777" w:rsidR="008C3450" w:rsidRDefault="00000000">
            <w:pPr>
              <w:spacing w:after="0" w:line="245" w:lineRule="auto"/>
              <w:rPr>
                <w:rFonts w:hint="eastAsia"/>
              </w:rPr>
            </w:pPr>
            <w:r>
              <w:rPr>
                <w:sz w:val="15"/>
              </w:rPr>
              <w:t>[Name]</w:t>
            </w:r>
          </w:p>
        </w:tc>
        <w:tc>
          <w:tcPr>
            <w:tcW w:w="180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7AE17D6" w14:textId="77777777" w:rsidR="008C3450" w:rsidRDefault="00000000">
            <w:pPr>
              <w:spacing w:after="0" w:line="245" w:lineRule="auto"/>
              <w:rPr>
                <w:rFonts w:hint="eastAsia"/>
              </w:rPr>
            </w:pPr>
            <w:r>
              <w:rPr>
                <w:sz w:val="15"/>
              </w:rPr>
              <w:t>[Auswertung]</w:t>
            </w:r>
          </w:p>
        </w:tc>
      </w:tr>
    </w:tbl>
    <w:p w14:paraId="2BCB21C5" w14:textId="77777777" w:rsidR="008C3450" w:rsidRDefault="008C3450">
      <w:pPr>
        <w:rPr>
          <w:rFonts w:hint="eastAsia"/>
        </w:rPr>
        <w:sectPr w:rsidR="008C3450">
          <w:pgSz w:w="15840" w:h="12240" w:orient="landscape"/>
          <w:pgMar w:top="864" w:right="792" w:bottom="792" w:left="792" w:header="432" w:footer="432" w:gutter="0"/>
          <w:cols w:space="720"/>
          <w:docGrid w:linePitch="360"/>
        </w:sectPr>
      </w:pPr>
    </w:p>
    <w:p w14:paraId="2ADB4CAC" w14:textId="77777777" w:rsidR="008C3450" w:rsidRDefault="00000000">
      <w:pPr>
        <w:spacing w:after="80" w:line="259" w:lineRule="auto"/>
        <w:rPr>
          <w:rFonts w:hint="eastAsia"/>
        </w:rPr>
      </w:pPr>
      <w:r>
        <w:rPr>
          <w:b/>
          <w:color w:val="2A7F87"/>
          <w:sz w:val="18"/>
        </w:rPr>
        <w:lastRenderedPageBreak/>
        <w:t>07</w:t>
      </w:r>
      <w:r>
        <w:rPr>
          <w:b/>
          <w:color w:val="183A5A"/>
          <w:sz w:val="36"/>
        </w:rPr>
        <w:t xml:space="preserve">  Planungsblatt für einen Ausbildungsabschnitt</w:t>
      </w:r>
    </w:p>
    <w:p w14:paraId="3A192E9D" w14:textId="77777777" w:rsidR="008C3450" w:rsidRDefault="00000000">
      <w:pPr>
        <w:spacing w:line="259" w:lineRule="auto"/>
        <w:rPr>
          <w:rFonts w:hint="eastAsia"/>
        </w:rPr>
      </w:pPr>
      <w:r>
        <w:rPr>
          <w:color w:val="5D6B78"/>
        </w:rPr>
        <w:t>Für Monat, Quartal, Abteilungseinsatz, Projekt oder einzelne Lernphase.</w:t>
      </w:r>
    </w:p>
    <w:tbl>
      <w:tblPr>
        <w:tblW w:w="10060" w:type="dxa"/>
        <w:jc w:val="center"/>
        <w:tblLayout w:type="fixed"/>
        <w:tblLook w:val="04A0" w:firstRow="1" w:lastRow="0" w:firstColumn="1" w:lastColumn="0" w:noHBand="0" w:noVBand="1"/>
      </w:tblPr>
      <w:tblGrid>
        <w:gridCol w:w="4237"/>
        <w:gridCol w:w="5823"/>
      </w:tblGrid>
      <w:tr w:rsidR="008C3450" w14:paraId="70A7EC43" w14:textId="77777777" w:rsidTr="008F6FD5">
        <w:trPr>
          <w:jc w:val="center"/>
        </w:trPr>
        <w:tc>
          <w:tcPr>
            <w:tcW w:w="4237" w:type="dxa"/>
            <w:tcBorders>
              <w:top w:val="single" w:sz="4" w:space="0" w:color="D7E0E8"/>
              <w:left w:val="single" w:sz="4" w:space="0" w:color="D7E0E8"/>
              <w:bottom w:val="single" w:sz="4" w:space="0" w:color="D7E0E8"/>
              <w:right w:val="single" w:sz="4" w:space="0" w:color="D7E0E8"/>
            </w:tcBorders>
            <w:shd w:val="clear" w:color="auto" w:fill="EAF2F8"/>
            <w:tcMar>
              <w:top w:w="145" w:type="dxa"/>
              <w:left w:w="140" w:type="dxa"/>
              <w:bottom w:w="145" w:type="dxa"/>
              <w:right w:w="140" w:type="dxa"/>
            </w:tcMar>
          </w:tcPr>
          <w:p w14:paraId="731E057D" w14:textId="77777777" w:rsidR="008C3450" w:rsidRDefault="00000000">
            <w:pPr>
              <w:spacing w:after="0" w:line="245" w:lineRule="auto"/>
              <w:rPr>
                <w:rFonts w:hint="eastAsia"/>
              </w:rPr>
            </w:pPr>
            <w:proofErr w:type="spellStart"/>
            <w:r>
              <w:rPr>
                <w:b/>
                <w:color w:val="183A5A"/>
                <w:sz w:val="18"/>
              </w:rPr>
              <w:t>Zeitraum</w:t>
            </w:r>
            <w:proofErr w:type="spellEnd"/>
            <w:r>
              <w:rPr>
                <w:b/>
                <w:color w:val="183A5A"/>
                <w:sz w:val="18"/>
              </w:rPr>
              <w:t xml:space="preserve"> / </w:t>
            </w:r>
            <w:proofErr w:type="spellStart"/>
            <w:r>
              <w:rPr>
                <w:b/>
                <w:color w:val="183A5A"/>
                <w:sz w:val="18"/>
              </w:rPr>
              <w:t>Einsatz</w:t>
            </w:r>
            <w:proofErr w:type="spellEnd"/>
          </w:p>
        </w:tc>
        <w:tc>
          <w:tcPr>
            <w:tcW w:w="5823" w:type="dxa"/>
            <w:tcBorders>
              <w:top w:val="single" w:sz="4" w:space="0" w:color="D7E0E8"/>
              <w:left w:val="single" w:sz="4" w:space="0" w:color="D7E0E8"/>
              <w:bottom w:val="single" w:sz="4" w:space="0" w:color="D7E0E8"/>
              <w:right w:val="single" w:sz="4" w:space="0" w:color="D7E0E8"/>
            </w:tcBorders>
            <w:tcMar>
              <w:top w:w="145" w:type="dxa"/>
              <w:left w:w="140" w:type="dxa"/>
              <w:bottom w:w="145" w:type="dxa"/>
              <w:right w:w="140" w:type="dxa"/>
            </w:tcMar>
          </w:tcPr>
          <w:p w14:paraId="61C57F0C" w14:textId="77777777" w:rsidR="008C3450" w:rsidRDefault="00000000">
            <w:pPr>
              <w:spacing w:after="0" w:line="245" w:lineRule="auto"/>
              <w:rPr>
                <w:rFonts w:hint="eastAsia"/>
              </w:rPr>
            </w:pPr>
            <w:r>
              <w:rPr>
                <w:sz w:val="18"/>
              </w:rPr>
              <w:t>[z. B. 01.09. - 30.11. | Einkauf]</w:t>
            </w:r>
          </w:p>
        </w:tc>
      </w:tr>
      <w:tr w:rsidR="008C3450" w14:paraId="5F35604E" w14:textId="77777777" w:rsidTr="008F6FD5">
        <w:trPr>
          <w:jc w:val="center"/>
        </w:trPr>
        <w:tc>
          <w:tcPr>
            <w:tcW w:w="4237" w:type="dxa"/>
            <w:tcBorders>
              <w:top w:val="single" w:sz="4" w:space="0" w:color="D7E0E8"/>
              <w:left w:val="single" w:sz="4" w:space="0" w:color="D7E0E8"/>
              <w:bottom w:val="single" w:sz="4" w:space="0" w:color="D7E0E8"/>
              <w:right w:val="single" w:sz="4" w:space="0" w:color="D7E0E8"/>
            </w:tcBorders>
            <w:shd w:val="clear" w:color="auto" w:fill="EAF2F8"/>
            <w:tcMar>
              <w:top w:w="145" w:type="dxa"/>
              <w:left w:w="140" w:type="dxa"/>
              <w:bottom w:w="145" w:type="dxa"/>
              <w:right w:w="140" w:type="dxa"/>
            </w:tcMar>
          </w:tcPr>
          <w:p w14:paraId="751FBEAC" w14:textId="77777777" w:rsidR="008C3450" w:rsidRDefault="00000000">
            <w:pPr>
              <w:spacing w:after="0" w:line="245" w:lineRule="auto"/>
              <w:rPr>
                <w:rFonts w:hint="eastAsia"/>
              </w:rPr>
            </w:pPr>
            <w:r>
              <w:rPr>
                <w:b/>
                <w:color w:val="183A5A"/>
                <w:sz w:val="18"/>
              </w:rPr>
              <w:t>Verantwortlicher Ausbilder</w:t>
            </w:r>
          </w:p>
        </w:tc>
        <w:tc>
          <w:tcPr>
            <w:tcW w:w="5823" w:type="dxa"/>
            <w:tcBorders>
              <w:top w:val="single" w:sz="4" w:space="0" w:color="D7E0E8"/>
              <w:left w:val="single" w:sz="4" w:space="0" w:color="D7E0E8"/>
              <w:bottom w:val="single" w:sz="4" w:space="0" w:color="D7E0E8"/>
              <w:right w:val="single" w:sz="4" w:space="0" w:color="D7E0E8"/>
            </w:tcBorders>
            <w:tcMar>
              <w:top w:w="145" w:type="dxa"/>
              <w:left w:w="140" w:type="dxa"/>
              <w:bottom w:w="145" w:type="dxa"/>
              <w:right w:w="140" w:type="dxa"/>
            </w:tcMar>
          </w:tcPr>
          <w:p w14:paraId="5DE2C1E5" w14:textId="77777777" w:rsidR="008C3450" w:rsidRDefault="00000000">
            <w:pPr>
              <w:spacing w:after="0" w:line="245" w:lineRule="auto"/>
              <w:rPr>
                <w:rFonts w:hint="eastAsia"/>
              </w:rPr>
            </w:pPr>
            <w:r>
              <w:rPr>
                <w:sz w:val="18"/>
              </w:rPr>
              <w:t>[Name]</w:t>
            </w:r>
          </w:p>
        </w:tc>
      </w:tr>
      <w:tr w:rsidR="008C3450" w14:paraId="3DAB6574" w14:textId="77777777" w:rsidTr="008F6FD5">
        <w:trPr>
          <w:jc w:val="center"/>
        </w:trPr>
        <w:tc>
          <w:tcPr>
            <w:tcW w:w="4237" w:type="dxa"/>
            <w:tcBorders>
              <w:top w:val="single" w:sz="4" w:space="0" w:color="D7E0E8"/>
              <w:left w:val="single" w:sz="4" w:space="0" w:color="D7E0E8"/>
              <w:bottom w:val="single" w:sz="4" w:space="0" w:color="D7E0E8"/>
              <w:right w:val="single" w:sz="4" w:space="0" w:color="D7E0E8"/>
            </w:tcBorders>
            <w:shd w:val="clear" w:color="auto" w:fill="EAF2F8"/>
            <w:tcMar>
              <w:top w:w="145" w:type="dxa"/>
              <w:left w:w="140" w:type="dxa"/>
              <w:bottom w:w="145" w:type="dxa"/>
              <w:right w:w="140" w:type="dxa"/>
            </w:tcMar>
          </w:tcPr>
          <w:p w14:paraId="1DBC82AE" w14:textId="77777777" w:rsidR="008C3450" w:rsidRDefault="00000000">
            <w:pPr>
              <w:spacing w:after="0" w:line="245" w:lineRule="auto"/>
              <w:rPr>
                <w:rFonts w:hint="eastAsia"/>
              </w:rPr>
            </w:pPr>
            <w:r>
              <w:rPr>
                <w:b/>
                <w:color w:val="183A5A"/>
                <w:sz w:val="18"/>
              </w:rPr>
              <w:t>Bezug Ausbildungsrahmenplan</w:t>
            </w:r>
          </w:p>
        </w:tc>
        <w:tc>
          <w:tcPr>
            <w:tcW w:w="5823" w:type="dxa"/>
            <w:tcBorders>
              <w:top w:val="single" w:sz="4" w:space="0" w:color="D7E0E8"/>
              <w:left w:val="single" w:sz="4" w:space="0" w:color="D7E0E8"/>
              <w:bottom w:val="single" w:sz="4" w:space="0" w:color="D7E0E8"/>
              <w:right w:val="single" w:sz="4" w:space="0" w:color="D7E0E8"/>
            </w:tcBorders>
            <w:tcMar>
              <w:top w:w="145" w:type="dxa"/>
              <w:left w:w="140" w:type="dxa"/>
              <w:bottom w:w="145" w:type="dxa"/>
              <w:right w:w="140" w:type="dxa"/>
            </w:tcMar>
          </w:tcPr>
          <w:p w14:paraId="63EE07BA" w14:textId="77777777" w:rsidR="008C3450" w:rsidRDefault="00000000">
            <w:pPr>
              <w:spacing w:after="0" w:line="245" w:lineRule="auto"/>
              <w:rPr>
                <w:rFonts w:hint="eastAsia"/>
              </w:rPr>
            </w:pPr>
            <w:r>
              <w:rPr>
                <w:sz w:val="18"/>
              </w:rPr>
              <w:t>[Berufsbildposition / laufende Nummer / Zeitrichtwert]</w:t>
            </w:r>
          </w:p>
        </w:tc>
      </w:tr>
      <w:tr w:rsidR="008C3450" w14:paraId="54F8C338" w14:textId="77777777" w:rsidTr="008F6FD5">
        <w:trPr>
          <w:jc w:val="center"/>
        </w:trPr>
        <w:tc>
          <w:tcPr>
            <w:tcW w:w="4237" w:type="dxa"/>
            <w:tcBorders>
              <w:top w:val="single" w:sz="4" w:space="0" w:color="D7E0E8"/>
              <w:left w:val="single" w:sz="4" w:space="0" w:color="D7E0E8"/>
              <w:bottom w:val="single" w:sz="4" w:space="0" w:color="D7E0E8"/>
              <w:right w:val="single" w:sz="4" w:space="0" w:color="D7E0E8"/>
            </w:tcBorders>
            <w:shd w:val="clear" w:color="auto" w:fill="EAF2F8"/>
            <w:tcMar>
              <w:top w:w="145" w:type="dxa"/>
              <w:left w:w="140" w:type="dxa"/>
              <w:bottom w:w="145" w:type="dxa"/>
              <w:right w:w="140" w:type="dxa"/>
            </w:tcMar>
          </w:tcPr>
          <w:p w14:paraId="735FE8C8" w14:textId="77777777" w:rsidR="008C3450" w:rsidRDefault="00000000">
            <w:pPr>
              <w:spacing w:after="0" w:line="245" w:lineRule="auto"/>
              <w:rPr>
                <w:rFonts w:hint="eastAsia"/>
              </w:rPr>
            </w:pPr>
            <w:r>
              <w:rPr>
                <w:b/>
                <w:color w:val="183A5A"/>
                <w:sz w:val="18"/>
              </w:rPr>
              <w:t>Lernziele</w:t>
            </w:r>
          </w:p>
        </w:tc>
        <w:tc>
          <w:tcPr>
            <w:tcW w:w="5823" w:type="dxa"/>
            <w:tcBorders>
              <w:top w:val="single" w:sz="4" w:space="0" w:color="D7E0E8"/>
              <w:left w:val="single" w:sz="4" w:space="0" w:color="D7E0E8"/>
              <w:bottom w:val="single" w:sz="4" w:space="0" w:color="D7E0E8"/>
              <w:right w:val="single" w:sz="4" w:space="0" w:color="D7E0E8"/>
            </w:tcBorders>
            <w:tcMar>
              <w:top w:w="145" w:type="dxa"/>
              <w:left w:w="140" w:type="dxa"/>
              <w:bottom w:w="145" w:type="dxa"/>
              <w:right w:w="140" w:type="dxa"/>
            </w:tcMar>
          </w:tcPr>
          <w:p w14:paraId="41723219" w14:textId="77777777" w:rsidR="008C3450" w:rsidRDefault="00000000">
            <w:pPr>
              <w:spacing w:after="0" w:line="245" w:lineRule="auto"/>
              <w:rPr>
                <w:rFonts w:hint="eastAsia"/>
              </w:rPr>
            </w:pPr>
            <w:r>
              <w:rPr>
                <w:sz w:val="18"/>
              </w:rPr>
              <w:t>[Was soll die auszubildende Person danach sicher können?]</w:t>
            </w:r>
          </w:p>
        </w:tc>
      </w:tr>
      <w:tr w:rsidR="008C3450" w14:paraId="1D06AB06" w14:textId="77777777" w:rsidTr="008F6FD5">
        <w:trPr>
          <w:jc w:val="center"/>
        </w:trPr>
        <w:tc>
          <w:tcPr>
            <w:tcW w:w="4237" w:type="dxa"/>
            <w:tcBorders>
              <w:top w:val="single" w:sz="4" w:space="0" w:color="D7E0E8"/>
              <w:left w:val="single" w:sz="4" w:space="0" w:color="D7E0E8"/>
              <w:bottom w:val="single" w:sz="4" w:space="0" w:color="D7E0E8"/>
              <w:right w:val="single" w:sz="4" w:space="0" w:color="D7E0E8"/>
            </w:tcBorders>
            <w:shd w:val="clear" w:color="auto" w:fill="EAF2F8"/>
            <w:tcMar>
              <w:top w:w="145" w:type="dxa"/>
              <w:left w:w="140" w:type="dxa"/>
              <w:bottom w:w="145" w:type="dxa"/>
              <w:right w:w="140" w:type="dxa"/>
            </w:tcMar>
          </w:tcPr>
          <w:p w14:paraId="666628E3" w14:textId="77777777" w:rsidR="008C3450" w:rsidRDefault="00000000">
            <w:pPr>
              <w:spacing w:after="0" w:line="245" w:lineRule="auto"/>
              <w:rPr>
                <w:rFonts w:hint="eastAsia"/>
              </w:rPr>
            </w:pPr>
            <w:r>
              <w:rPr>
                <w:b/>
                <w:color w:val="183A5A"/>
                <w:sz w:val="18"/>
              </w:rPr>
              <w:t>Praxisaufgaben</w:t>
            </w:r>
          </w:p>
        </w:tc>
        <w:tc>
          <w:tcPr>
            <w:tcW w:w="5823" w:type="dxa"/>
            <w:tcBorders>
              <w:top w:val="single" w:sz="4" w:space="0" w:color="D7E0E8"/>
              <w:left w:val="single" w:sz="4" w:space="0" w:color="D7E0E8"/>
              <w:bottom w:val="single" w:sz="4" w:space="0" w:color="D7E0E8"/>
              <w:right w:val="single" w:sz="4" w:space="0" w:color="D7E0E8"/>
            </w:tcBorders>
            <w:tcMar>
              <w:top w:w="145" w:type="dxa"/>
              <w:left w:w="140" w:type="dxa"/>
              <w:bottom w:w="145" w:type="dxa"/>
              <w:right w:w="140" w:type="dxa"/>
            </w:tcMar>
          </w:tcPr>
          <w:p w14:paraId="783B7BBB" w14:textId="77777777" w:rsidR="008C3450" w:rsidRDefault="00000000">
            <w:pPr>
              <w:spacing w:after="0" w:line="245" w:lineRule="auto"/>
              <w:rPr>
                <w:rFonts w:hint="eastAsia"/>
              </w:rPr>
            </w:pPr>
            <w:r>
              <w:rPr>
                <w:sz w:val="18"/>
              </w:rPr>
              <w:t>[Welche konkreten Tätigkeiten, Aufträge oder Projekte werden bearbeitet?]</w:t>
            </w:r>
          </w:p>
        </w:tc>
      </w:tr>
      <w:tr w:rsidR="008C3450" w14:paraId="576CD1E9" w14:textId="77777777" w:rsidTr="008F6FD5">
        <w:trPr>
          <w:jc w:val="center"/>
        </w:trPr>
        <w:tc>
          <w:tcPr>
            <w:tcW w:w="4237" w:type="dxa"/>
            <w:tcBorders>
              <w:top w:val="single" w:sz="4" w:space="0" w:color="D7E0E8"/>
              <w:left w:val="single" w:sz="4" w:space="0" w:color="D7E0E8"/>
              <w:bottom w:val="single" w:sz="4" w:space="0" w:color="D7E0E8"/>
              <w:right w:val="single" w:sz="4" w:space="0" w:color="D7E0E8"/>
            </w:tcBorders>
            <w:shd w:val="clear" w:color="auto" w:fill="EAF2F8"/>
            <w:tcMar>
              <w:top w:w="145" w:type="dxa"/>
              <w:left w:w="140" w:type="dxa"/>
              <w:bottom w:w="145" w:type="dxa"/>
              <w:right w:w="140" w:type="dxa"/>
            </w:tcMar>
          </w:tcPr>
          <w:p w14:paraId="23DBC2D9" w14:textId="77777777" w:rsidR="008C3450" w:rsidRDefault="00000000">
            <w:pPr>
              <w:spacing w:after="0" w:line="245" w:lineRule="auto"/>
              <w:rPr>
                <w:rFonts w:hint="eastAsia"/>
              </w:rPr>
            </w:pPr>
            <w:r>
              <w:rPr>
                <w:b/>
                <w:color w:val="183A5A"/>
                <w:sz w:val="18"/>
              </w:rPr>
              <w:t>Methoden</w:t>
            </w:r>
          </w:p>
        </w:tc>
        <w:tc>
          <w:tcPr>
            <w:tcW w:w="5823" w:type="dxa"/>
            <w:tcBorders>
              <w:top w:val="single" w:sz="4" w:space="0" w:color="D7E0E8"/>
              <w:left w:val="single" w:sz="4" w:space="0" w:color="D7E0E8"/>
              <w:bottom w:val="single" w:sz="4" w:space="0" w:color="D7E0E8"/>
              <w:right w:val="single" w:sz="4" w:space="0" w:color="D7E0E8"/>
            </w:tcBorders>
            <w:tcMar>
              <w:top w:w="145" w:type="dxa"/>
              <w:left w:w="140" w:type="dxa"/>
              <w:bottom w:w="145" w:type="dxa"/>
              <w:right w:w="140" w:type="dxa"/>
            </w:tcMar>
          </w:tcPr>
          <w:p w14:paraId="40CEC51D" w14:textId="77777777" w:rsidR="008C3450" w:rsidRDefault="00000000">
            <w:pPr>
              <w:spacing w:after="0" w:line="245" w:lineRule="auto"/>
              <w:rPr>
                <w:rFonts w:hint="eastAsia"/>
              </w:rPr>
            </w:pPr>
            <w:r>
              <w:rPr>
                <w:sz w:val="18"/>
              </w:rPr>
              <w:t>[z. B. Unterweisung, Lernauftrag, Leittext, Projekt, Fallarbeit, Fachgespräch]</w:t>
            </w:r>
          </w:p>
        </w:tc>
      </w:tr>
      <w:tr w:rsidR="008C3450" w14:paraId="0BE4D3D1" w14:textId="77777777" w:rsidTr="008F6FD5">
        <w:trPr>
          <w:jc w:val="center"/>
        </w:trPr>
        <w:tc>
          <w:tcPr>
            <w:tcW w:w="4237" w:type="dxa"/>
            <w:tcBorders>
              <w:top w:val="single" w:sz="4" w:space="0" w:color="D7E0E8"/>
              <w:left w:val="single" w:sz="4" w:space="0" w:color="D7E0E8"/>
              <w:bottom w:val="single" w:sz="4" w:space="0" w:color="D7E0E8"/>
              <w:right w:val="single" w:sz="4" w:space="0" w:color="D7E0E8"/>
            </w:tcBorders>
            <w:shd w:val="clear" w:color="auto" w:fill="EAF2F8"/>
            <w:tcMar>
              <w:top w:w="145" w:type="dxa"/>
              <w:left w:w="140" w:type="dxa"/>
              <w:bottom w:w="145" w:type="dxa"/>
              <w:right w:w="140" w:type="dxa"/>
            </w:tcMar>
          </w:tcPr>
          <w:p w14:paraId="04BDB276" w14:textId="77777777" w:rsidR="008C3450" w:rsidRDefault="00000000">
            <w:pPr>
              <w:spacing w:after="0" w:line="245" w:lineRule="auto"/>
              <w:rPr>
                <w:rFonts w:hint="eastAsia"/>
              </w:rPr>
            </w:pPr>
            <w:r>
              <w:rPr>
                <w:b/>
                <w:color w:val="183A5A"/>
                <w:sz w:val="18"/>
              </w:rPr>
              <w:t>Lernerfolgskontrolle</w:t>
            </w:r>
          </w:p>
        </w:tc>
        <w:tc>
          <w:tcPr>
            <w:tcW w:w="5823" w:type="dxa"/>
            <w:tcBorders>
              <w:top w:val="single" w:sz="4" w:space="0" w:color="D7E0E8"/>
              <w:left w:val="single" w:sz="4" w:space="0" w:color="D7E0E8"/>
              <w:bottom w:val="single" w:sz="4" w:space="0" w:color="D7E0E8"/>
              <w:right w:val="single" w:sz="4" w:space="0" w:color="D7E0E8"/>
            </w:tcBorders>
            <w:tcMar>
              <w:top w:w="145" w:type="dxa"/>
              <w:left w:w="140" w:type="dxa"/>
              <w:bottom w:w="145" w:type="dxa"/>
              <w:right w:w="140" w:type="dxa"/>
            </w:tcMar>
          </w:tcPr>
          <w:p w14:paraId="7C741209" w14:textId="77777777" w:rsidR="008C3450" w:rsidRDefault="00000000">
            <w:pPr>
              <w:spacing w:after="0" w:line="245" w:lineRule="auto"/>
              <w:rPr>
                <w:rFonts w:hint="eastAsia"/>
              </w:rPr>
            </w:pPr>
            <w:r>
              <w:rPr>
                <w:sz w:val="18"/>
              </w:rPr>
              <w:t>[Woran wird die Zielerreichung festgestellt?]</w:t>
            </w:r>
          </w:p>
        </w:tc>
      </w:tr>
      <w:tr w:rsidR="008C3450" w14:paraId="37568E5E" w14:textId="77777777" w:rsidTr="008F6FD5">
        <w:trPr>
          <w:jc w:val="center"/>
        </w:trPr>
        <w:tc>
          <w:tcPr>
            <w:tcW w:w="4237" w:type="dxa"/>
            <w:tcBorders>
              <w:top w:val="single" w:sz="4" w:space="0" w:color="D7E0E8"/>
              <w:left w:val="single" w:sz="4" w:space="0" w:color="D7E0E8"/>
              <w:bottom w:val="single" w:sz="4" w:space="0" w:color="D7E0E8"/>
              <w:right w:val="single" w:sz="4" w:space="0" w:color="D7E0E8"/>
            </w:tcBorders>
            <w:shd w:val="clear" w:color="auto" w:fill="EAF2F8"/>
            <w:tcMar>
              <w:top w:w="145" w:type="dxa"/>
              <w:left w:w="140" w:type="dxa"/>
              <w:bottom w:w="145" w:type="dxa"/>
              <w:right w:w="140" w:type="dxa"/>
            </w:tcMar>
          </w:tcPr>
          <w:p w14:paraId="649EA5CE" w14:textId="77777777" w:rsidR="008C3450" w:rsidRDefault="00000000">
            <w:pPr>
              <w:spacing w:after="0" w:line="245" w:lineRule="auto"/>
              <w:rPr>
                <w:rFonts w:hint="eastAsia"/>
              </w:rPr>
            </w:pPr>
            <w:r>
              <w:rPr>
                <w:b/>
                <w:color w:val="183A5A"/>
                <w:sz w:val="18"/>
              </w:rPr>
              <w:t>Abstimmung Berufsschule / Lernort</w:t>
            </w:r>
          </w:p>
        </w:tc>
        <w:tc>
          <w:tcPr>
            <w:tcW w:w="5823" w:type="dxa"/>
            <w:tcBorders>
              <w:top w:val="single" w:sz="4" w:space="0" w:color="D7E0E8"/>
              <w:left w:val="single" w:sz="4" w:space="0" w:color="D7E0E8"/>
              <w:bottom w:val="single" w:sz="4" w:space="0" w:color="D7E0E8"/>
              <w:right w:val="single" w:sz="4" w:space="0" w:color="D7E0E8"/>
            </w:tcBorders>
            <w:tcMar>
              <w:top w:w="145" w:type="dxa"/>
              <w:left w:w="140" w:type="dxa"/>
              <w:bottom w:w="145" w:type="dxa"/>
              <w:right w:w="140" w:type="dxa"/>
            </w:tcMar>
          </w:tcPr>
          <w:p w14:paraId="354BC879" w14:textId="77777777" w:rsidR="008C3450" w:rsidRDefault="00000000">
            <w:pPr>
              <w:spacing w:after="0" w:line="245" w:lineRule="auto"/>
              <w:rPr>
                <w:rFonts w:hint="eastAsia"/>
              </w:rPr>
            </w:pPr>
            <w:r>
              <w:rPr>
                <w:sz w:val="18"/>
              </w:rPr>
              <w:t>[Lernfeld / Termin / Besonderheiten]</w:t>
            </w:r>
          </w:p>
        </w:tc>
      </w:tr>
    </w:tbl>
    <w:p w14:paraId="0EA07FC6" w14:textId="77777777" w:rsidR="008C3450" w:rsidRDefault="00000000">
      <w:pPr>
        <w:pStyle w:val="berschrift2"/>
      </w:pPr>
      <w:proofErr w:type="spellStart"/>
      <w:r>
        <w:t>Wochen</w:t>
      </w:r>
      <w:proofErr w:type="spellEnd"/>
      <w:r>
        <w:t xml:space="preserve">- </w:t>
      </w:r>
      <w:proofErr w:type="spellStart"/>
      <w:r>
        <w:t>oder</w:t>
      </w:r>
      <w:proofErr w:type="spellEnd"/>
      <w:r>
        <w:t xml:space="preserve"> </w:t>
      </w:r>
      <w:proofErr w:type="spellStart"/>
      <w:r>
        <w:t>Meilensteinplanung</w:t>
      </w:r>
      <w:proofErr w:type="spellEnd"/>
    </w:p>
    <w:tbl>
      <w:tblPr>
        <w:tblW w:w="0" w:type="auto"/>
        <w:jc w:val="center"/>
        <w:tblLayout w:type="fixed"/>
        <w:tblLook w:val="04A0" w:firstRow="1" w:lastRow="0" w:firstColumn="1" w:lastColumn="0" w:noHBand="0" w:noVBand="1"/>
      </w:tblPr>
      <w:tblGrid>
        <w:gridCol w:w="1512"/>
        <w:gridCol w:w="3960"/>
        <w:gridCol w:w="1944"/>
        <w:gridCol w:w="2621"/>
      </w:tblGrid>
      <w:tr w:rsidR="008C3450" w14:paraId="202EFADE" w14:textId="77777777">
        <w:trPr>
          <w:cantSplit/>
          <w:tblHeader/>
          <w:jc w:val="center"/>
        </w:trPr>
        <w:tc>
          <w:tcPr>
            <w:tcW w:w="1512"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3E527751" w14:textId="77777777" w:rsidR="008C3450" w:rsidRDefault="00000000">
            <w:pPr>
              <w:spacing w:after="0" w:line="245" w:lineRule="auto"/>
              <w:rPr>
                <w:rFonts w:hint="eastAsia"/>
              </w:rPr>
            </w:pPr>
            <w:r>
              <w:rPr>
                <w:b/>
                <w:color w:val="FFFFFF"/>
                <w:sz w:val="17"/>
              </w:rPr>
              <w:t>Woche / Termin</w:t>
            </w:r>
          </w:p>
        </w:tc>
        <w:tc>
          <w:tcPr>
            <w:tcW w:w="3960"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7CB83497" w14:textId="77777777" w:rsidR="008C3450" w:rsidRDefault="00000000">
            <w:pPr>
              <w:spacing w:after="0" w:line="245" w:lineRule="auto"/>
              <w:rPr>
                <w:rFonts w:hint="eastAsia"/>
              </w:rPr>
            </w:pPr>
            <w:r>
              <w:rPr>
                <w:b/>
                <w:color w:val="FFFFFF"/>
                <w:sz w:val="17"/>
              </w:rPr>
              <w:t>Lernauftrag / Tätigkeit</w:t>
            </w:r>
          </w:p>
        </w:tc>
        <w:tc>
          <w:tcPr>
            <w:tcW w:w="1944"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41C680B6" w14:textId="77777777" w:rsidR="008C3450" w:rsidRDefault="00000000">
            <w:pPr>
              <w:spacing w:after="0" w:line="245" w:lineRule="auto"/>
              <w:rPr>
                <w:rFonts w:hint="eastAsia"/>
              </w:rPr>
            </w:pPr>
            <w:r>
              <w:rPr>
                <w:b/>
                <w:color w:val="FFFFFF"/>
                <w:sz w:val="17"/>
              </w:rPr>
              <w:t>Begleitung durch</w:t>
            </w:r>
          </w:p>
        </w:tc>
        <w:tc>
          <w:tcPr>
            <w:tcW w:w="2621"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7744A9B2" w14:textId="77777777" w:rsidR="008C3450" w:rsidRDefault="00000000">
            <w:pPr>
              <w:spacing w:after="0" w:line="245" w:lineRule="auto"/>
              <w:rPr>
                <w:rFonts w:hint="eastAsia"/>
              </w:rPr>
            </w:pPr>
            <w:r>
              <w:rPr>
                <w:b/>
                <w:color w:val="FFFFFF"/>
                <w:sz w:val="17"/>
              </w:rPr>
              <w:t>Ergebnis / nächster Schritt</w:t>
            </w:r>
          </w:p>
        </w:tc>
      </w:tr>
      <w:tr w:rsidR="008C3450" w14:paraId="6A504B40" w14:textId="77777777">
        <w:trPr>
          <w:cantSplit/>
          <w:jc w:val="center"/>
        </w:trPr>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55ACB06" w14:textId="77777777" w:rsidR="008C3450" w:rsidRDefault="00000000">
            <w:pPr>
              <w:spacing w:after="0" w:line="245" w:lineRule="auto"/>
              <w:rPr>
                <w:rFonts w:hint="eastAsia"/>
              </w:rPr>
            </w:pPr>
            <w:r>
              <w:rPr>
                <w:sz w:val="17"/>
              </w:rPr>
              <w:t>[ ]</w:t>
            </w:r>
          </w:p>
        </w:tc>
        <w:tc>
          <w:tcPr>
            <w:tcW w:w="396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72B7DBF" w14:textId="77777777" w:rsidR="008C3450" w:rsidRDefault="00000000">
            <w:pPr>
              <w:spacing w:after="0" w:line="245" w:lineRule="auto"/>
              <w:rPr>
                <w:rFonts w:hint="eastAsia"/>
              </w:rPr>
            </w:pPr>
            <w:r>
              <w:rPr>
                <w:sz w:val="17"/>
              </w:rPr>
              <w:t>[ ]</w:t>
            </w:r>
          </w:p>
        </w:tc>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A83D6AF" w14:textId="77777777" w:rsidR="008C3450" w:rsidRDefault="00000000">
            <w:pPr>
              <w:spacing w:after="0" w:line="245" w:lineRule="auto"/>
              <w:rPr>
                <w:rFonts w:hint="eastAsia"/>
              </w:rPr>
            </w:pPr>
            <w:r>
              <w:rPr>
                <w:sz w:val="17"/>
              </w:rPr>
              <w:t>[ ]</w:t>
            </w:r>
          </w:p>
        </w:tc>
        <w:tc>
          <w:tcPr>
            <w:tcW w:w="262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ECFF0A8" w14:textId="77777777" w:rsidR="008C3450" w:rsidRDefault="00000000">
            <w:pPr>
              <w:spacing w:after="0" w:line="245" w:lineRule="auto"/>
              <w:rPr>
                <w:rFonts w:hint="eastAsia"/>
              </w:rPr>
            </w:pPr>
            <w:r>
              <w:rPr>
                <w:sz w:val="17"/>
              </w:rPr>
              <w:t>[ ]</w:t>
            </w:r>
          </w:p>
        </w:tc>
      </w:tr>
      <w:tr w:rsidR="008C3450" w14:paraId="09239C02" w14:textId="77777777">
        <w:trPr>
          <w:cantSplit/>
          <w:jc w:val="center"/>
        </w:trPr>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563B782" w14:textId="77777777" w:rsidR="008C3450" w:rsidRDefault="00000000">
            <w:pPr>
              <w:spacing w:after="0" w:line="245" w:lineRule="auto"/>
              <w:rPr>
                <w:rFonts w:hint="eastAsia"/>
              </w:rPr>
            </w:pPr>
            <w:r>
              <w:rPr>
                <w:sz w:val="17"/>
              </w:rPr>
              <w:t>[ ]</w:t>
            </w:r>
          </w:p>
        </w:tc>
        <w:tc>
          <w:tcPr>
            <w:tcW w:w="396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D83C738" w14:textId="77777777" w:rsidR="008C3450" w:rsidRDefault="00000000">
            <w:pPr>
              <w:spacing w:after="0" w:line="245" w:lineRule="auto"/>
              <w:rPr>
                <w:rFonts w:hint="eastAsia"/>
              </w:rPr>
            </w:pPr>
            <w:r>
              <w:rPr>
                <w:sz w:val="17"/>
              </w:rPr>
              <w:t>[ ]</w:t>
            </w:r>
          </w:p>
        </w:tc>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37EBD1C" w14:textId="77777777" w:rsidR="008C3450" w:rsidRDefault="00000000">
            <w:pPr>
              <w:spacing w:after="0" w:line="245" w:lineRule="auto"/>
              <w:rPr>
                <w:rFonts w:hint="eastAsia"/>
              </w:rPr>
            </w:pPr>
            <w:r>
              <w:rPr>
                <w:sz w:val="17"/>
              </w:rPr>
              <w:t>[ ]</w:t>
            </w:r>
          </w:p>
        </w:tc>
        <w:tc>
          <w:tcPr>
            <w:tcW w:w="262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029A81F" w14:textId="77777777" w:rsidR="008C3450" w:rsidRDefault="00000000">
            <w:pPr>
              <w:spacing w:after="0" w:line="245" w:lineRule="auto"/>
              <w:rPr>
                <w:rFonts w:hint="eastAsia"/>
              </w:rPr>
            </w:pPr>
            <w:r>
              <w:rPr>
                <w:sz w:val="17"/>
              </w:rPr>
              <w:t>[ ]</w:t>
            </w:r>
          </w:p>
        </w:tc>
      </w:tr>
      <w:tr w:rsidR="008C3450" w14:paraId="4CD7B9B6" w14:textId="77777777">
        <w:trPr>
          <w:cantSplit/>
          <w:jc w:val="center"/>
        </w:trPr>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624BE30" w14:textId="77777777" w:rsidR="008C3450" w:rsidRDefault="00000000">
            <w:pPr>
              <w:spacing w:after="0" w:line="245" w:lineRule="auto"/>
              <w:rPr>
                <w:rFonts w:hint="eastAsia"/>
              </w:rPr>
            </w:pPr>
            <w:r>
              <w:rPr>
                <w:sz w:val="17"/>
              </w:rPr>
              <w:t>[ ]</w:t>
            </w:r>
          </w:p>
        </w:tc>
        <w:tc>
          <w:tcPr>
            <w:tcW w:w="396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AA0F986" w14:textId="77777777" w:rsidR="008C3450" w:rsidRDefault="00000000">
            <w:pPr>
              <w:spacing w:after="0" w:line="245" w:lineRule="auto"/>
              <w:rPr>
                <w:rFonts w:hint="eastAsia"/>
              </w:rPr>
            </w:pPr>
            <w:r>
              <w:rPr>
                <w:sz w:val="17"/>
              </w:rPr>
              <w:t>[ ]</w:t>
            </w:r>
          </w:p>
        </w:tc>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C916B76" w14:textId="77777777" w:rsidR="008C3450" w:rsidRDefault="00000000">
            <w:pPr>
              <w:spacing w:after="0" w:line="245" w:lineRule="auto"/>
              <w:rPr>
                <w:rFonts w:hint="eastAsia"/>
              </w:rPr>
            </w:pPr>
            <w:r>
              <w:rPr>
                <w:sz w:val="17"/>
              </w:rPr>
              <w:t>[ ]</w:t>
            </w:r>
          </w:p>
        </w:tc>
        <w:tc>
          <w:tcPr>
            <w:tcW w:w="262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1D46949" w14:textId="77777777" w:rsidR="008C3450" w:rsidRDefault="00000000">
            <w:pPr>
              <w:spacing w:after="0" w:line="245" w:lineRule="auto"/>
              <w:rPr>
                <w:rFonts w:hint="eastAsia"/>
              </w:rPr>
            </w:pPr>
            <w:r>
              <w:rPr>
                <w:sz w:val="17"/>
              </w:rPr>
              <w:t>[ ]</w:t>
            </w:r>
          </w:p>
        </w:tc>
      </w:tr>
      <w:tr w:rsidR="008C3450" w14:paraId="18152A91" w14:textId="77777777">
        <w:trPr>
          <w:cantSplit/>
          <w:jc w:val="center"/>
        </w:trPr>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AFC4AB2" w14:textId="77777777" w:rsidR="008C3450" w:rsidRDefault="00000000">
            <w:pPr>
              <w:spacing w:after="0" w:line="245" w:lineRule="auto"/>
              <w:rPr>
                <w:rFonts w:hint="eastAsia"/>
              </w:rPr>
            </w:pPr>
            <w:r>
              <w:rPr>
                <w:sz w:val="17"/>
              </w:rPr>
              <w:t>[ ]</w:t>
            </w:r>
          </w:p>
        </w:tc>
        <w:tc>
          <w:tcPr>
            <w:tcW w:w="396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BCA5566" w14:textId="77777777" w:rsidR="008C3450" w:rsidRDefault="00000000">
            <w:pPr>
              <w:spacing w:after="0" w:line="245" w:lineRule="auto"/>
              <w:rPr>
                <w:rFonts w:hint="eastAsia"/>
              </w:rPr>
            </w:pPr>
            <w:r>
              <w:rPr>
                <w:sz w:val="17"/>
              </w:rPr>
              <w:t>[ ]</w:t>
            </w:r>
          </w:p>
        </w:tc>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C3AEF83" w14:textId="77777777" w:rsidR="008C3450" w:rsidRDefault="00000000">
            <w:pPr>
              <w:spacing w:after="0" w:line="245" w:lineRule="auto"/>
              <w:rPr>
                <w:rFonts w:hint="eastAsia"/>
              </w:rPr>
            </w:pPr>
            <w:r>
              <w:rPr>
                <w:sz w:val="17"/>
              </w:rPr>
              <w:t>[ ]</w:t>
            </w:r>
          </w:p>
        </w:tc>
        <w:tc>
          <w:tcPr>
            <w:tcW w:w="262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C035D0B" w14:textId="77777777" w:rsidR="008C3450" w:rsidRDefault="00000000">
            <w:pPr>
              <w:spacing w:after="0" w:line="245" w:lineRule="auto"/>
              <w:rPr>
                <w:rFonts w:hint="eastAsia"/>
              </w:rPr>
            </w:pPr>
            <w:r>
              <w:rPr>
                <w:sz w:val="17"/>
              </w:rPr>
              <w:t>[ ]</w:t>
            </w:r>
          </w:p>
        </w:tc>
      </w:tr>
      <w:tr w:rsidR="008C3450" w14:paraId="4EE93EAE" w14:textId="77777777">
        <w:trPr>
          <w:cantSplit/>
          <w:jc w:val="center"/>
        </w:trPr>
        <w:tc>
          <w:tcPr>
            <w:tcW w:w="15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F0EBFA8" w14:textId="77777777" w:rsidR="008C3450" w:rsidRDefault="00000000">
            <w:pPr>
              <w:spacing w:after="0" w:line="245" w:lineRule="auto"/>
              <w:rPr>
                <w:rFonts w:hint="eastAsia"/>
              </w:rPr>
            </w:pPr>
            <w:r>
              <w:rPr>
                <w:sz w:val="17"/>
              </w:rPr>
              <w:t>[ ]</w:t>
            </w:r>
          </w:p>
        </w:tc>
        <w:tc>
          <w:tcPr>
            <w:tcW w:w="3960"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3DB9F11" w14:textId="77777777" w:rsidR="008C3450" w:rsidRDefault="00000000">
            <w:pPr>
              <w:spacing w:after="0" w:line="245" w:lineRule="auto"/>
              <w:rPr>
                <w:rFonts w:hint="eastAsia"/>
              </w:rPr>
            </w:pPr>
            <w:r>
              <w:rPr>
                <w:sz w:val="17"/>
              </w:rPr>
              <w:t>[ ]</w:t>
            </w:r>
          </w:p>
        </w:tc>
        <w:tc>
          <w:tcPr>
            <w:tcW w:w="194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B7245F0" w14:textId="77777777" w:rsidR="008C3450" w:rsidRDefault="00000000">
            <w:pPr>
              <w:spacing w:after="0" w:line="245" w:lineRule="auto"/>
              <w:rPr>
                <w:rFonts w:hint="eastAsia"/>
              </w:rPr>
            </w:pPr>
            <w:r>
              <w:rPr>
                <w:sz w:val="17"/>
              </w:rPr>
              <w:t>[ ]</w:t>
            </w:r>
          </w:p>
        </w:tc>
        <w:tc>
          <w:tcPr>
            <w:tcW w:w="262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9F1DE47" w14:textId="77777777" w:rsidR="008C3450" w:rsidRDefault="00000000">
            <w:pPr>
              <w:spacing w:after="0" w:line="245" w:lineRule="auto"/>
              <w:rPr>
                <w:rFonts w:hint="eastAsia"/>
              </w:rPr>
            </w:pPr>
            <w:r>
              <w:rPr>
                <w:sz w:val="17"/>
              </w:rPr>
              <w:t>[ ]</w:t>
            </w:r>
          </w:p>
        </w:tc>
      </w:tr>
    </w:tbl>
    <w:p w14:paraId="651680D6" w14:textId="77777777" w:rsidR="008C3450" w:rsidRDefault="00000000">
      <w:pPr>
        <w:rPr>
          <w:rFonts w:hint="eastAsia"/>
        </w:rPr>
      </w:pPr>
      <w:r>
        <w:br w:type="page"/>
      </w:r>
    </w:p>
    <w:p w14:paraId="2B59739A" w14:textId="77777777" w:rsidR="008C3450" w:rsidRDefault="00000000">
      <w:pPr>
        <w:spacing w:after="80" w:line="259" w:lineRule="auto"/>
        <w:rPr>
          <w:rFonts w:hint="eastAsia"/>
        </w:rPr>
      </w:pPr>
      <w:r>
        <w:rPr>
          <w:b/>
          <w:color w:val="2A7F87"/>
          <w:sz w:val="18"/>
        </w:rPr>
        <w:lastRenderedPageBreak/>
        <w:t>08</w:t>
      </w:r>
      <w:r>
        <w:rPr>
          <w:b/>
          <w:color w:val="183A5A"/>
          <w:sz w:val="36"/>
        </w:rPr>
        <w:t xml:space="preserve">  Lernauftrag für die betriebliche Praxis</w:t>
      </w:r>
    </w:p>
    <w:p w14:paraId="21B496F7" w14:textId="77777777" w:rsidR="008C3450" w:rsidRDefault="00000000">
      <w:pPr>
        <w:spacing w:line="259" w:lineRule="auto"/>
        <w:rPr>
          <w:rFonts w:hint="eastAsia"/>
        </w:rPr>
      </w:pPr>
      <w:r>
        <w:rPr>
          <w:color w:val="5D6B78"/>
        </w:rPr>
        <w:t>Ein direkt einsetzbares Format für handlungsorientierte Ausbildungsaufgaben.</w:t>
      </w:r>
    </w:p>
    <w:tbl>
      <w:tblPr>
        <w:tblW w:w="10627" w:type="dxa"/>
        <w:jc w:val="center"/>
        <w:tblLayout w:type="fixed"/>
        <w:tblLook w:val="04A0" w:firstRow="1" w:lastRow="0" w:firstColumn="1" w:lastColumn="0" w:noHBand="0" w:noVBand="1"/>
      </w:tblPr>
      <w:tblGrid>
        <w:gridCol w:w="997"/>
        <w:gridCol w:w="3571"/>
        <w:gridCol w:w="4925"/>
        <w:gridCol w:w="1134"/>
      </w:tblGrid>
      <w:tr w:rsidR="008C3450" w14:paraId="78F81AD2" w14:textId="77777777" w:rsidTr="008F6FD5">
        <w:trPr>
          <w:jc w:val="center"/>
        </w:trPr>
        <w:tc>
          <w:tcPr>
            <w:tcW w:w="4568" w:type="dxa"/>
            <w:gridSpan w:val="2"/>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2810482A" w14:textId="77777777" w:rsidR="008C3450" w:rsidRDefault="00000000">
            <w:pPr>
              <w:spacing w:after="0" w:line="245" w:lineRule="auto"/>
              <w:rPr>
                <w:rFonts w:hint="eastAsia"/>
              </w:rPr>
            </w:pPr>
            <w:r>
              <w:rPr>
                <w:b/>
                <w:color w:val="183A5A"/>
                <w:sz w:val="18"/>
              </w:rPr>
              <w:t xml:space="preserve">Titel des </w:t>
            </w:r>
            <w:proofErr w:type="spellStart"/>
            <w:r>
              <w:rPr>
                <w:b/>
                <w:color w:val="183A5A"/>
                <w:sz w:val="18"/>
              </w:rPr>
              <w:t>Lernauftrags</w:t>
            </w:r>
            <w:proofErr w:type="spellEnd"/>
          </w:p>
        </w:tc>
        <w:tc>
          <w:tcPr>
            <w:tcW w:w="6059" w:type="dxa"/>
            <w:gridSpan w:val="2"/>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13AD4336" w14:textId="77777777" w:rsidR="008C3450" w:rsidRDefault="00000000">
            <w:pPr>
              <w:spacing w:after="0" w:line="245" w:lineRule="auto"/>
              <w:rPr>
                <w:rFonts w:hint="eastAsia"/>
              </w:rPr>
            </w:pPr>
            <w:r>
              <w:rPr>
                <w:sz w:val="18"/>
              </w:rPr>
              <w:t>[kurz und handlungsorientiert formulieren]</w:t>
            </w:r>
          </w:p>
        </w:tc>
      </w:tr>
      <w:tr w:rsidR="008C3450" w14:paraId="07892246" w14:textId="77777777" w:rsidTr="008F6FD5">
        <w:trPr>
          <w:jc w:val="center"/>
        </w:trPr>
        <w:tc>
          <w:tcPr>
            <w:tcW w:w="4568" w:type="dxa"/>
            <w:gridSpan w:val="2"/>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6129F0EF" w14:textId="77777777" w:rsidR="008C3450" w:rsidRDefault="00000000">
            <w:pPr>
              <w:spacing w:after="0" w:line="245" w:lineRule="auto"/>
              <w:rPr>
                <w:rFonts w:hint="eastAsia"/>
              </w:rPr>
            </w:pPr>
            <w:r>
              <w:rPr>
                <w:b/>
                <w:color w:val="183A5A"/>
                <w:sz w:val="18"/>
              </w:rPr>
              <w:t>Ausgangssituation</w:t>
            </w:r>
          </w:p>
        </w:tc>
        <w:tc>
          <w:tcPr>
            <w:tcW w:w="6059" w:type="dxa"/>
            <w:gridSpan w:val="2"/>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210CEA67" w14:textId="77777777" w:rsidR="008C3450" w:rsidRDefault="00000000">
            <w:pPr>
              <w:spacing w:after="0" w:line="245" w:lineRule="auto"/>
              <w:rPr>
                <w:rFonts w:hint="eastAsia"/>
              </w:rPr>
            </w:pPr>
            <w:r>
              <w:rPr>
                <w:sz w:val="18"/>
              </w:rPr>
              <w:t>[betrieblicher Anlass / Auftrag / Problem]</w:t>
            </w:r>
          </w:p>
        </w:tc>
      </w:tr>
      <w:tr w:rsidR="008C3450" w14:paraId="51FDE4FA" w14:textId="77777777" w:rsidTr="008F6FD5">
        <w:trPr>
          <w:jc w:val="center"/>
        </w:trPr>
        <w:tc>
          <w:tcPr>
            <w:tcW w:w="4568" w:type="dxa"/>
            <w:gridSpan w:val="2"/>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32F49B64" w14:textId="77777777" w:rsidR="008C3450" w:rsidRDefault="00000000">
            <w:pPr>
              <w:spacing w:after="0" w:line="245" w:lineRule="auto"/>
              <w:rPr>
                <w:rFonts w:hint="eastAsia"/>
              </w:rPr>
            </w:pPr>
            <w:r>
              <w:rPr>
                <w:b/>
                <w:color w:val="183A5A"/>
                <w:sz w:val="18"/>
              </w:rPr>
              <w:t>Arbeitsauftrag</w:t>
            </w:r>
          </w:p>
        </w:tc>
        <w:tc>
          <w:tcPr>
            <w:tcW w:w="6059" w:type="dxa"/>
            <w:gridSpan w:val="2"/>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6CFA1B80" w14:textId="77777777" w:rsidR="008C3450" w:rsidRDefault="00000000">
            <w:pPr>
              <w:spacing w:after="0" w:line="245" w:lineRule="auto"/>
              <w:rPr>
                <w:rFonts w:hint="eastAsia"/>
              </w:rPr>
            </w:pPr>
            <w:r>
              <w:rPr>
                <w:sz w:val="18"/>
              </w:rPr>
              <w:t>[Was soll selbstständig geplant und bearbeitet werden?]</w:t>
            </w:r>
          </w:p>
        </w:tc>
      </w:tr>
      <w:tr w:rsidR="008C3450" w14:paraId="179AD719" w14:textId="77777777" w:rsidTr="008F6FD5">
        <w:trPr>
          <w:jc w:val="center"/>
        </w:trPr>
        <w:tc>
          <w:tcPr>
            <w:tcW w:w="4568" w:type="dxa"/>
            <w:gridSpan w:val="2"/>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14461ED1" w14:textId="77777777" w:rsidR="008C3450" w:rsidRDefault="00000000">
            <w:pPr>
              <w:spacing w:after="0" w:line="245" w:lineRule="auto"/>
              <w:rPr>
                <w:rFonts w:hint="eastAsia"/>
              </w:rPr>
            </w:pPr>
            <w:r>
              <w:rPr>
                <w:b/>
                <w:color w:val="183A5A"/>
                <w:sz w:val="18"/>
              </w:rPr>
              <w:t>Rahmenbedingungen</w:t>
            </w:r>
          </w:p>
        </w:tc>
        <w:tc>
          <w:tcPr>
            <w:tcW w:w="6059" w:type="dxa"/>
            <w:gridSpan w:val="2"/>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61190327" w14:textId="77777777" w:rsidR="008C3450" w:rsidRDefault="00000000">
            <w:pPr>
              <w:spacing w:after="0" w:line="245" w:lineRule="auto"/>
              <w:rPr>
                <w:rFonts w:hint="eastAsia"/>
              </w:rPr>
            </w:pPr>
            <w:r>
              <w:rPr>
                <w:sz w:val="18"/>
              </w:rPr>
              <w:t>[Zeit, Material, Software, Regeln, Ansprechpartner]</w:t>
            </w:r>
          </w:p>
        </w:tc>
      </w:tr>
      <w:tr w:rsidR="008C3450" w14:paraId="69ED9EC2" w14:textId="77777777" w:rsidTr="008F6FD5">
        <w:trPr>
          <w:jc w:val="center"/>
        </w:trPr>
        <w:tc>
          <w:tcPr>
            <w:tcW w:w="4568" w:type="dxa"/>
            <w:gridSpan w:val="2"/>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2A3A8B16" w14:textId="77777777" w:rsidR="008C3450" w:rsidRDefault="00000000">
            <w:pPr>
              <w:spacing w:after="0" w:line="245" w:lineRule="auto"/>
              <w:rPr>
                <w:rFonts w:hint="eastAsia"/>
              </w:rPr>
            </w:pPr>
            <w:r>
              <w:rPr>
                <w:b/>
                <w:color w:val="183A5A"/>
                <w:sz w:val="18"/>
              </w:rPr>
              <w:t>Erwartetes Ergebnis</w:t>
            </w:r>
          </w:p>
        </w:tc>
        <w:tc>
          <w:tcPr>
            <w:tcW w:w="6059" w:type="dxa"/>
            <w:gridSpan w:val="2"/>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22F69CE4" w14:textId="77777777" w:rsidR="008C3450" w:rsidRDefault="00000000">
            <w:pPr>
              <w:spacing w:after="0" w:line="245" w:lineRule="auto"/>
              <w:rPr>
                <w:rFonts w:hint="eastAsia"/>
              </w:rPr>
            </w:pPr>
            <w:r>
              <w:rPr>
                <w:sz w:val="18"/>
              </w:rPr>
              <w:t>[Produkt, Dokument, Lösung, Präsentation, Übergabe]</w:t>
            </w:r>
          </w:p>
        </w:tc>
      </w:tr>
      <w:tr w:rsidR="008C3450" w14:paraId="2689667B" w14:textId="77777777" w:rsidTr="008F6FD5">
        <w:trPr>
          <w:trHeight w:val="570"/>
          <w:jc w:val="center"/>
        </w:trPr>
        <w:tc>
          <w:tcPr>
            <w:tcW w:w="4568" w:type="dxa"/>
            <w:gridSpan w:val="2"/>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5BF060B3" w14:textId="77777777" w:rsidR="008C3450" w:rsidRDefault="00000000">
            <w:pPr>
              <w:spacing w:after="0" w:line="245" w:lineRule="auto"/>
              <w:rPr>
                <w:rFonts w:hint="eastAsia"/>
              </w:rPr>
            </w:pPr>
            <w:proofErr w:type="spellStart"/>
            <w:r>
              <w:rPr>
                <w:b/>
                <w:color w:val="183A5A"/>
                <w:sz w:val="18"/>
              </w:rPr>
              <w:t>Qualitätskriterien</w:t>
            </w:r>
            <w:proofErr w:type="spellEnd"/>
          </w:p>
        </w:tc>
        <w:tc>
          <w:tcPr>
            <w:tcW w:w="6059" w:type="dxa"/>
            <w:gridSpan w:val="2"/>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2FBAA645" w14:textId="77777777" w:rsidR="008C3450" w:rsidRDefault="00000000">
            <w:pPr>
              <w:spacing w:after="0" w:line="245" w:lineRule="auto"/>
              <w:rPr>
                <w:rFonts w:hint="eastAsia"/>
              </w:rPr>
            </w:pPr>
            <w:r>
              <w:rPr>
                <w:sz w:val="18"/>
              </w:rPr>
              <w:t>[Woran erkennt man eine gute Lösung?]</w:t>
            </w:r>
          </w:p>
        </w:tc>
      </w:tr>
      <w:tr w:rsidR="008C3450" w14:paraId="480BD408" w14:textId="77777777" w:rsidTr="008F6FD5">
        <w:trPr>
          <w:jc w:val="center"/>
        </w:trPr>
        <w:tc>
          <w:tcPr>
            <w:tcW w:w="4568" w:type="dxa"/>
            <w:gridSpan w:val="2"/>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002D461E" w14:textId="77777777" w:rsidR="008C3450" w:rsidRDefault="00000000">
            <w:pPr>
              <w:spacing w:after="0" w:line="245" w:lineRule="auto"/>
              <w:rPr>
                <w:rFonts w:hint="eastAsia"/>
              </w:rPr>
            </w:pPr>
            <w:proofErr w:type="spellStart"/>
            <w:r>
              <w:rPr>
                <w:b/>
                <w:color w:val="183A5A"/>
                <w:sz w:val="18"/>
              </w:rPr>
              <w:t>Hilfen</w:t>
            </w:r>
            <w:proofErr w:type="spellEnd"/>
            <w:r>
              <w:rPr>
                <w:b/>
                <w:color w:val="183A5A"/>
                <w:sz w:val="18"/>
              </w:rPr>
              <w:t xml:space="preserve"> / </w:t>
            </w:r>
            <w:proofErr w:type="spellStart"/>
            <w:r>
              <w:rPr>
                <w:b/>
                <w:color w:val="183A5A"/>
                <w:sz w:val="18"/>
              </w:rPr>
              <w:t>Eskalation</w:t>
            </w:r>
            <w:proofErr w:type="spellEnd"/>
          </w:p>
        </w:tc>
        <w:tc>
          <w:tcPr>
            <w:tcW w:w="6059" w:type="dxa"/>
            <w:gridSpan w:val="2"/>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63E7A0AC" w14:textId="77777777" w:rsidR="008C3450" w:rsidRDefault="00000000">
            <w:pPr>
              <w:spacing w:after="0" w:line="245" w:lineRule="auto"/>
              <w:rPr>
                <w:rFonts w:hint="eastAsia"/>
              </w:rPr>
            </w:pPr>
            <w:r>
              <w:rPr>
                <w:sz w:val="18"/>
              </w:rPr>
              <w:t>[Welche Hilfen dürfen genutzt werden? Wann ist Rücksprache erforderlich?]</w:t>
            </w:r>
          </w:p>
        </w:tc>
      </w:tr>
      <w:tr w:rsidR="008C3450" w14:paraId="6D47A58E" w14:textId="77777777" w:rsidTr="008F6FD5">
        <w:trPr>
          <w:jc w:val="center"/>
        </w:trPr>
        <w:tc>
          <w:tcPr>
            <w:tcW w:w="4568" w:type="dxa"/>
            <w:gridSpan w:val="2"/>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08D20E34" w14:textId="77777777" w:rsidR="008C3450" w:rsidRDefault="00000000">
            <w:pPr>
              <w:spacing w:after="0" w:line="245" w:lineRule="auto"/>
              <w:rPr>
                <w:rFonts w:hint="eastAsia"/>
              </w:rPr>
            </w:pPr>
            <w:r>
              <w:rPr>
                <w:b/>
                <w:color w:val="183A5A"/>
                <w:sz w:val="18"/>
              </w:rPr>
              <w:t>Reflexionsfragen</w:t>
            </w:r>
          </w:p>
        </w:tc>
        <w:tc>
          <w:tcPr>
            <w:tcW w:w="6059" w:type="dxa"/>
            <w:gridSpan w:val="2"/>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7D778574" w14:textId="77777777" w:rsidR="008C3450" w:rsidRDefault="00000000">
            <w:pPr>
              <w:spacing w:after="0" w:line="245" w:lineRule="auto"/>
              <w:rPr>
                <w:rFonts w:hint="eastAsia"/>
              </w:rPr>
            </w:pPr>
            <w:r>
              <w:rPr>
                <w:sz w:val="18"/>
              </w:rPr>
              <w:t>[Was lief gut? Was war schwierig? Was würde ich beim nächsten Mal anders machen?]</w:t>
            </w:r>
          </w:p>
        </w:tc>
      </w:tr>
      <w:tr w:rsidR="008C3450" w14:paraId="7DA820D8" w14:textId="77777777" w:rsidTr="008F6FD5">
        <w:trPr>
          <w:jc w:val="center"/>
        </w:trPr>
        <w:tc>
          <w:tcPr>
            <w:tcW w:w="4568" w:type="dxa"/>
            <w:gridSpan w:val="2"/>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70A72082" w14:textId="77777777" w:rsidR="008C3450" w:rsidRDefault="00000000">
            <w:pPr>
              <w:spacing w:after="0" w:line="245" w:lineRule="auto"/>
              <w:rPr>
                <w:rFonts w:hint="eastAsia"/>
              </w:rPr>
            </w:pPr>
            <w:r>
              <w:rPr>
                <w:b/>
                <w:color w:val="183A5A"/>
                <w:sz w:val="18"/>
              </w:rPr>
              <w:t>Ausbilder-Feedback</w:t>
            </w:r>
          </w:p>
        </w:tc>
        <w:tc>
          <w:tcPr>
            <w:tcW w:w="6059" w:type="dxa"/>
            <w:gridSpan w:val="2"/>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56971908" w14:textId="77777777" w:rsidR="008C3450" w:rsidRDefault="00000000">
            <w:pPr>
              <w:spacing w:after="0" w:line="245" w:lineRule="auto"/>
              <w:rPr>
                <w:rFonts w:hint="eastAsia"/>
              </w:rPr>
            </w:pPr>
            <w:r>
              <w:rPr>
                <w:sz w:val="18"/>
              </w:rPr>
              <w:t>[konkret: Stärken, Entwicklungsfeld, nächster Lernschritt]</w:t>
            </w:r>
          </w:p>
        </w:tc>
      </w:tr>
      <w:tr w:rsidR="008C3450" w14:paraId="41B219A4" w14:textId="77777777" w:rsidTr="008F6FD5">
        <w:trPr>
          <w:gridAfter w:val="1"/>
          <w:wAfter w:w="1134" w:type="dxa"/>
          <w:jc w:val="center"/>
        </w:trPr>
        <w:tc>
          <w:tcPr>
            <w:tcW w:w="997" w:type="dxa"/>
            <w:tcBorders>
              <w:top w:val="nil"/>
              <w:left w:val="nil"/>
              <w:bottom w:val="nil"/>
              <w:right w:val="nil"/>
            </w:tcBorders>
            <w:shd w:val="clear" w:color="auto" w:fill="EAF5F1"/>
            <w:tcMar>
              <w:top w:w="150" w:type="dxa"/>
              <w:left w:w="150" w:type="dxa"/>
              <w:bottom w:w="150" w:type="dxa"/>
              <w:right w:w="150" w:type="dxa"/>
            </w:tcMar>
            <w:vAlign w:val="center"/>
          </w:tcPr>
          <w:p w14:paraId="3600EF9D" w14:textId="77777777" w:rsidR="008C3450" w:rsidRDefault="00000000">
            <w:pPr>
              <w:jc w:val="center"/>
              <w:rPr>
                <w:rFonts w:hint="eastAsia"/>
              </w:rPr>
            </w:pPr>
            <w:r>
              <w:rPr>
                <w:b/>
                <w:color w:val="2A7F87"/>
                <w:sz w:val="17"/>
              </w:rPr>
              <w:t>Methode</w:t>
            </w:r>
          </w:p>
        </w:tc>
        <w:tc>
          <w:tcPr>
            <w:tcW w:w="8496" w:type="dxa"/>
            <w:gridSpan w:val="2"/>
            <w:tcBorders>
              <w:top w:val="nil"/>
              <w:left w:val="nil"/>
              <w:bottom w:val="nil"/>
              <w:right w:val="nil"/>
            </w:tcBorders>
            <w:shd w:val="clear" w:color="auto" w:fill="EAF5F1"/>
            <w:tcMar>
              <w:top w:w="150" w:type="dxa"/>
              <w:left w:w="150" w:type="dxa"/>
              <w:bottom w:w="150" w:type="dxa"/>
              <w:right w:w="150" w:type="dxa"/>
            </w:tcMar>
            <w:vAlign w:val="center"/>
          </w:tcPr>
          <w:p w14:paraId="5CF5184D" w14:textId="77777777" w:rsidR="008C3450" w:rsidRDefault="00000000">
            <w:pPr>
              <w:spacing w:after="20" w:line="259" w:lineRule="auto"/>
              <w:rPr>
                <w:rFonts w:hint="eastAsia"/>
              </w:rPr>
            </w:pPr>
            <w:r>
              <w:rPr>
                <w:b/>
                <w:color w:val="183A5A"/>
              </w:rPr>
              <w:t>Didaktischer Tipp</w:t>
            </w:r>
            <w:r>
              <w:rPr>
                <w:b/>
                <w:color w:val="183A5A"/>
              </w:rPr>
              <w:br/>
            </w:r>
            <w:r>
              <w:rPr>
                <w:sz w:val="19"/>
              </w:rPr>
              <w:t>Je weiter die Ausbildung fortschreitet, desto weniger sollte der Arbeitsweg vorgegeben werden. In späteren Phasen kann der Ausbilder stärker über Ziel, Rahmen und Qualitätskriterien steuern und die konkrete Vorgehensweise der auszubildenden Person überlassen.</w:t>
            </w:r>
          </w:p>
        </w:tc>
      </w:tr>
    </w:tbl>
    <w:p w14:paraId="688E6FFC" w14:textId="77777777" w:rsidR="008C3450" w:rsidRDefault="008C3450">
      <w:pPr>
        <w:spacing w:after="40"/>
        <w:rPr>
          <w:rFonts w:hint="eastAsia"/>
        </w:rPr>
      </w:pPr>
    </w:p>
    <w:p w14:paraId="3B6AF45C" w14:textId="77777777" w:rsidR="008C3450" w:rsidRDefault="00000000">
      <w:pPr>
        <w:rPr>
          <w:rFonts w:hint="eastAsia"/>
        </w:rPr>
      </w:pPr>
      <w:r>
        <w:br w:type="page"/>
      </w:r>
    </w:p>
    <w:p w14:paraId="112D30C9" w14:textId="77777777" w:rsidR="008C3450" w:rsidRDefault="00000000">
      <w:pPr>
        <w:spacing w:after="80" w:line="259" w:lineRule="auto"/>
        <w:rPr>
          <w:rFonts w:hint="eastAsia"/>
        </w:rPr>
      </w:pPr>
      <w:r>
        <w:rPr>
          <w:b/>
          <w:color w:val="2A7F87"/>
          <w:sz w:val="18"/>
        </w:rPr>
        <w:lastRenderedPageBreak/>
        <w:t>09</w:t>
      </w:r>
      <w:r>
        <w:rPr>
          <w:b/>
          <w:color w:val="183A5A"/>
          <w:sz w:val="36"/>
        </w:rPr>
        <w:t xml:space="preserve">  Ausbildungsstand und Feedback</w:t>
      </w:r>
    </w:p>
    <w:p w14:paraId="0DB54DD0" w14:textId="77777777" w:rsidR="008C3450" w:rsidRDefault="00000000">
      <w:pPr>
        <w:spacing w:line="259" w:lineRule="auto"/>
        <w:rPr>
          <w:rFonts w:hint="eastAsia"/>
        </w:rPr>
      </w:pPr>
      <w:r>
        <w:rPr>
          <w:color w:val="5D6B78"/>
        </w:rPr>
        <w:t>Regelmäßige Reviews machen Lernfortschritt sichtbar und ermöglichen rechtzeitige Anpassungen.</w:t>
      </w:r>
    </w:p>
    <w:p w14:paraId="7F76E047" w14:textId="77777777" w:rsidR="008C3450" w:rsidRDefault="00000000">
      <w:pPr>
        <w:pStyle w:val="berschrift2"/>
      </w:pPr>
      <w:r>
        <w:t>Quartals- / Einsatzbeurteilung</w:t>
      </w:r>
    </w:p>
    <w:tbl>
      <w:tblPr>
        <w:tblW w:w="0" w:type="auto"/>
        <w:jc w:val="center"/>
        <w:tblLayout w:type="fixed"/>
        <w:tblLook w:val="04A0" w:firstRow="1" w:lastRow="0" w:firstColumn="1" w:lastColumn="0" w:noHBand="0" w:noVBand="1"/>
      </w:tblPr>
      <w:tblGrid>
        <w:gridCol w:w="4824"/>
        <w:gridCol w:w="1656"/>
        <w:gridCol w:w="1656"/>
        <w:gridCol w:w="1901"/>
      </w:tblGrid>
      <w:tr w:rsidR="008C3450" w14:paraId="21CBCDB7" w14:textId="77777777">
        <w:trPr>
          <w:cantSplit/>
          <w:tblHeader/>
          <w:jc w:val="center"/>
        </w:trPr>
        <w:tc>
          <w:tcPr>
            <w:tcW w:w="4824"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0E86FB15" w14:textId="77777777" w:rsidR="008C3450" w:rsidRDefault="00000000">
            <w:pPr>
              <w:spacing w:after="0" w:line="245" w:lineRule="auto"/>
              <w:rPr>
                <w:rFonts w:hint="eastAsia"/>
              </w:rPr>
            </w:pPr>
            <w:r>
              <w:rPr>
                <w:b/>
                <w:color w:val="FFFFFF"/>
                <w:sz w:val="17"/>
              </w:rPr>
              <w:t>Kriterium</w:t>
            </w:r>
          </w:p>
        </w:tc>
        <w:tc>
          <w:tcPr>
            <w:tcW w:w="165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6B5B0EB2" w14:textId="77777777" w:rsidR="008C3450" w:rsidRDefault="00000000">
            <w:pPr>
              <w:spacing w:after="0" w:line="245" w:lineRule="auto"/>
              <w:rPr>
                <w:rFonts w:hint="eastAsia"/>
              </w:rPr>
            </w:pPr>
            <w:r>
              <w:rPr>
                <w:b/>
                <w:color w:val="FFFFFF"/>
                <w:sz w:val="17"/>
              </w:rPr>
              <w:t>sicher</w:t>
            </w:r>
          </w:p>
        </w:tc>
        <w:tc>
          <w:tcPr>
            <w:tcW w:w="165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1F4FBA1A" w14:textId="77777777" w:rsidR="008C3450" w:rsidRDefault="00000000">
            <w:pPr>
              <w:spacing w:after="0" w:line="245" w:lineRule="auto"/>
              <w:rPr>
                <w:rFonts w:hint="eastAsia"/>
              </w:rPr>
            </w:pPr>
            <w:r>
              <w:rPr>
                <w:b/>
                <w:color w:val="FFFFFF"/>
                <w:sz w:val="17"/>
              </w:rPr>
              <w:t>teilweise</w:t>
            </w:r>
          </w:p>
        </w:tc>
        <w:tc>
          <w:tcPr>
            <w:tcW w:w="1901"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50A33F9A" w14:textId="77777777" w:rsidR="008C3450" w:rsidRDefault="00000000">
            <w:pPr>
              <w:spacing w:after="0" w:line="245" w:lineRule="auto"/>
              <w:rPr>
                <w:rFonts w:hint="eastAsia"/>
              </w:rPr>
            </w:pPr>
            <w:r>
              <w:rPr>
                <w:b/>
                <w:color w:val="FFFFFF"/>
                <w:sz w:val="17"/>
              </w:rPr>
              <w:t>weiterentwickeln</w:t>
            </w:r>
          </w:p>
        </w:tc>
      </w:tr>
      <w:tr w:rsidR="008C3450" w14:paraId="2D9D23ED" w14:textId="77777777">
        <w:trPr>
          <w:cantSplit/>
          <w:jc w:val="center"/>
        </w:trPr>
        <w:tc>
          <w:tcPr>
            <w:tcW w:w="482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29FA5FF" w14:textId="77777777" w:rsidR="008C3450" w:rsidRDefault="00000000">
            <w:pPr>
              <w:spacing w:after="0" w:line="245" w:lineRule="auto"/>
              <w:rPr>
                <w:rFonts w:hint="eastAsia"/>
              </w:rPr>
            </w:pPr>
            <w:r>
              <w:rPr>
                <w:sz w:val="17"/>
              </w:rPr>
              <w:t>Fachliche Ausführung</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1AFEA2C" w14:textId="77777777" w:rsidR="008C3450" w:rsidRDefault="00000000">
            <w:pPr>
              <w:spacing w:after="0" w:line="245" w:lineRule="auto"/>
              <w:jc w:val="center"/>
              <w:rPr>
                <w:rFonts w:hint="eastAsia"/>
              </w:rPr>
            </w:pPr>
            <w:r>
              <w:rPr>
                <w:sz w:val="17"/>
              </w:rPr>
              <w:t>[ ]</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4B77F37" w14:textId="77777777" w:rsidR="008C3450" w:rsidRDefault="00000000">
            <w:pPr>
              <w:spacing w:after="0" w:line="245" w:lineRule="auto"/>
              <w:jc w:val="center"/>
              <w:rPr>
                <w:rFonts w:hint="eastAsia"/>
              </w:rPr>
            </w:pPr>
            <w:r>
              <w:rPr>
                <w:sz w:val="17"/>
              </w:rPr>
              <w:t>[ ]</w:t>
            </w:r>
          </w:p>
        </w:tc>
        <w:tc>
          <w:tcPr>
            <w:tcW w:w="190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E9823AA" w14:textId="77777777" w:rsidR="008C3450" w:rsidRDefault="00000000">
            <w:pPr>
              <w:spacing w:after="0" w:line="245" w:lineRule="auto"/>
              <w:jc w:val="center"/>
              <w:rPr>
                <w:rFonts w:hint="eastAsia"/>
              </w:rPr>
            </w:pPr>
            <w:r>
              <w:rPr>
                <w:sz w:val="17"/>
              </w:rPr>
              <w:t>[ ]</w:t>
            </w:r>
          </w:p>
        </w:tc>
      </w:tr>
      <w:tr w:rsidR="008C3450" w14:paraId="17E38A8C" w14:textId="77777777">
        <w:trPr>
          <w:cantSplit/>
          <w:jc w:val="center"/>
        </w:trPr>
        <w:tc>
          <w:tcPr>
            <w:tcW w:w="482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077F59F" w14:textId="77777777" w:rsidR="008C3450" w:rsidRDefault="00000000">
            <w:pPr>
              <w:spacing w:after="0" w:line="245" w:lineRule="auto"/>
              <w:rPr>
                <w:rFonts w:hint="eastAsia"/>
              </w:rPr>
            </w:pPr>
            <w:r>
              <w:rPr>
                <w:sz w:val="17"/>
              </w:rPr>
              <w:t>Arbeitsplanung &amp; Selbstständigkeit</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51682EC" w14:textId="77777777" w:rsidR="008C3450" w:rsidRDefault="00000000">
            <w:pPr>
              <w:spacing w:after="0" w:line="245" w:lineRule="auto"/>
              <w:jc w:val="center"/>
              <w:rPr>
                <w:rFonts w:hint="eastAsia"/>
              </w:rPr>
            </w:pPr>
            <w:r>
              <w:rPr>
                <w:sz w:val="17"/>
              </w:rPr>
              <w:t>[ ]</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BA94705" w14:textId="77777777" w:rsidR="008C3450" w:rsidRDefault="00000000">
            <w:pPr>
              <w:spacing w:after="0" w:line="245" w:lineRule="auto"/>
              <w:jc w:val="center"/>
              <w:rPr>
                <w:rFonts w:hint="eastAsia"/>
              </w:rPr>
            </w:pPr>
            <w:r>
              <w:rPr>
                <w:sz w:val="17"/>
              </w:rPr>
              <w:t>[ ]</w:t>
            </w:r>
          </w:p>
        </w:tc>
        <w:tc>
          <w:tcPr>
            <w:tcW w:w="190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8163B08" w14:textId="77777777" w:rsidR="008C3450" w:rsidRDefault="00000000">
            <w:pPr>
              <w:spacing w:after="0" w:line="245" w:lineRule="auto"/>
              <w:jc w:val="center"/>
              <w:rPr>
                <w:rFonts w:hint="eastAsia"/>
              </w:rPr>
            </w:pPr>
            <w:r>
              <w:rPr>
                <w:sz w:val="17"/>
              </w:rPr>
              <w:t>[ ]</w:t>
            </w:r>
          </w:p>
        </w:tc>
      </w:tr>
      <w:tr w:rsidR="008C3450" w14:paraId="02DCD29D" w14:textId="77777777">
        <w:trPr>
          <w:cantSplit/>
          <w:jc w:val="center"/>
        </w:trPr>
        <w:tc>
          <w:tcPr>
            <w:tcW w:w="482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F46D68F" w14:textId="77777777" w:rsidR="008C3450" w:rsidRDefault="00000000">
            <w:pPr>
              <w:spacing w:after="0" w:line="245" w:lineRule="auto"/>
              <w:rPr>
                <w:rFonts w:hint="eastAsia"/>
              </w:rPr>
            </w:pPr>
            <w:r>
              <w:rPr>
                <w:sz w:val="17"/>
              </w:rPr>
              <w:t>Qualitätsbewusstsein</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BA1DA2E" w14:textId="77777777" w:rsidR="008C3450" w:rsidRDefault="00000000">
            <w:pPr>
              <w:spacing w:after="0" w:line="245" w:lineRule="auto"/>
              <w:jc w:val="center"/>
              <w:rPr>
                <w:rFonts w:hint="eastAsia"/>
              </w:rPr>
            </w:pPr>
            <w:r>
              <w:rPr>
                <w:sz w:val="17"/>
              </w:rPr>
              <w:t>[ ]</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B3BF352" w14:textId="77777777" w:rsidR="008C3450" w:rsidRDefault="00000000">
            <w:pPr>
              <w:spacing w:after="0" w:line="245" w:lineRule="auto"/>
              <w:jc w:val="center"/>
              <w:rPr>
                <w:rFonts w:hint="eastAsia"/>
              </w:rPr>
            </w:pPr>
            <w:r>
              <w:rPr>
                <w:sz w:val="17"/>
              </w:rPr>
              <w:t>[ ]</w:t>
            </w:r>
          </w:p>
        </w:tc>
        <w:tc>
          <w:tcPr>
            <w:tcW w:w="190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5F27E1C" w14:textId="77777777" w:rsidR="008C3450" w:rsidRDefault="00000000">
            <w:pPr>
              <w:spacing w:after="0" w:line="245" w:lineRule="auto"/>
              <w:jc w:val="center"/>
              <w:rPr>
                <w:rFonts w:hint="eastAsia"/>
              </w:rPr>
            </w:pPr>
            <w:r>
              <w:rPr>
                <w:sz w:val="17"/>
              </w:rPr>
              <w:t>[ ]</w:t>
            </w:r>
          </w:p>
        </w:tc>
      </w:tr>
      <w:tr w:rsidR="008C3450" w14:paraId="30B1A978" w14:textId="77777777">
        <w:trPr>
          <w:cantSplit/>
          <w:jc w:val="center"/>
        </w:trPr>
        <w:tc>
          <w:tcPr>
            <w:tcW w:w="482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C888DBA" w14:textId="77777777" w:rsidR="008C3450" w:rsidRDefault="00000000">
            <w:pPr>
              <w:spacing w:after="0" w:line="245" w:lineRule="auto"/>
              <w:rPr>
                <w:rFonts w:hint="eastAsia"/>
              </w:rPr>
            </w:pPr>
            <w:r>
              <w:rPr>
                <w:sz w:val="17"/>
              </w:rPr>
              <w:t>Zuverlässigkeit &amp; Sorgfalt</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DB1F75B" w14:textId="77777777" w:rsidR="008C3450" w:rsidRDefault="00000000">
            <w:pPr>
              <w:spacing w:after="0" w:line="245" w:lineRule="auto"/>
              <w:jc w:val="center"/>
              <w:rPr>
                <w:rFonts w:hint="eastAsia"/>
              </w:rPr>
            </w:pPr>
            <w:r>
              <w:rPr>
                <w:sz w:val="17"/>
              </w:rPr>
              <w:t>[ ]</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F6B4649" w14:textId="77777777" w:rsidR="008C3450" w:rsidRDefault="00000000">
            <w:pPr>
              <w:spacing w:after="0" w:line="245" w:lineRule="auto"/>
              <w:jc w:val="center"/>
              <w:rPr>
                <w:rFonts w:hint="eastAsia"/>
              </w:rPr>
            </w:pPr>
            <w:r>
              <w:rPr>
                <w:sz w:val="17"/>
              </w:rPr>
              <w:t>[ ]</w:t>
            </w:r>
          </w:p>
        </w:tc>
        <w:tc>
          <w:tcPr>
            <w:tcW w:w="190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1742B66" w14:textId="77777777" w:rsidR="008C3450" w:rsidRDefault="00000000">
            <w:pPr>
              <w:spacing w:after="0" w:line="245" w:lineRule="auto"/>
              <w:jc w:val="center"/>
              <w:rPr>
                <w:rFonts w:hint="eastAsia"/>
              </w:rPr>
            </w:pPr>
            <w:r>
              <w:rPr>
                <w:sz w:val="17"/>
              </w:rPr>
              <w:t>[ ]</w:t>
            </w:r>
          </w:p>
        </w:tc>
      </w:tr>
      <w:tr w:rsidR="008C3450" w14:paraId="38BD8582" w14:textId="77777777">
        <w:trPr>
          <w:cantSplit/>
          <w:jc w:val="center"/>
        </w:trPr>
        <w:tc>
          <w:tcPr>
            <w:tcW w:w="482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ABF2A06" w14:textId="77777777" w:rsidR="008C3450" w:rsidRDefault="00000000">
            <w:pPr>
              <w:spacing w:after="0" w:line="245" w:lineRule="auto"/>
              <w:rPr>
                <w:rFonts w:hint="eastAsia"/>
              </w:rPr>
            </w:pPr>
            <w:r>
              <w:rPr>
                <w:sz w:val="17"/>
              </w:rPr>
              <w:t>Kommunikation &amp; Zusammenarbeit</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2BC0253" w14:textId="77777777" w:rsidR="008C3450" w:rsidRDefault="00000000">
            <w:pPr>
              <w:spacing w:after="0" w:line="245" w:lineRule="auto"/>
              <w:jc w:val="center"/>
              <w:rPr>
                <w:rFonts w:hint="eastAsia"/>
              </w:rPr>
            </w:pPr>
            <w:r>
              <w:rPr>
                <w:sz w:val="17"/>
              </w:rPr>
              <w:t>[ ]</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1B1CAFA" w14:textId="77777777" w:rsidR="008C3450" w:rsidRDefault="00000000">
            <w:pPr>
              <w:spacing w:after="0" w:line="245" w:lineRule="auto"/>
              <w:jc w:val="center"/>
              <w:rPr>
                <w:rFonts w:hint="eastAsia"/>
              </w:rPr>
            </w:pPr>
            <w:r>
              <w:rPr>
                <w:sz w:val="17"/>
              </w:rPr>
              <w:t>[ ]</w:t>
            </w:r>
          </w:p>
        </w:tc>
        <w:tc>
          <w:tcPr>
            <w:tcW w:w="190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CC47B5E" w14:textId="77777777" w:rsidR="008C3450" w:rsidRDefault="00000000">
            <w:pPr>
              <w:spacing w:after="0" w:line="245" w:lineRule="auto"/>
              <w:jc w:val="center"/>
              <w:rPr>
                <w:rFonts w:hint="eastAsia"/>
              </w:rPr>
            </w:pPr>
            <w:r>
              <w:rPr>
                <w:sz w:val="17"/>
              </w:rPr>
              <w:t>[ ]</w:t>
            </w:r>
          </w:p>
        </w:tc>
      </w:tr>
      <w:tr w:rsidR="008C3450" w14:paraId="65104837" w14:textId="77777777">
        <w:trPr>
          <w:cantSplit/>
          <w:jc w:val="center"/>
        </w:trPr>
        <w:tc>
          <w:tcPr>
            <w:tcW w:w="482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9B79F8C" w14:textId="77777777" w:rsidR="008C3450" w:rsidRDefault="00000000">
            <w:pPr>
              <w:spacing w:after="0" w:line="245" w:lineRule="auto"/>
              <w:rPr>
                <w:rFonts w:hint="eastAsia"/>
              </w:rPr>
            </w:pPr>
            <w:r>
              <w:rPr>
                <w:sz w:val="17"/>
              </w:rPr>
              <w:t>Umgang mit digitalen Werkzeugen</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4709719" w14:textId="77777777" w:rsidR="008C3450" w:rsidRDefault="00000000">
            <w:pPr>
              <w:spacing w:after="0" w:line="245" w:lineRule="auto"/>
              <w:jc w:val="center"/>
              <w:rPr>
                <w:rFonts w:hint="eastAsia"/>
              </w:rPr>
            </w:pPr>
            <w:r>
              <w:rPr>
                <w:sz w:val="17"/>
              </w:rPr>
              <w:t>[ ]</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E6180BC" w14:textId="77777777" w:rsidR="008C3450" w:rsidRDefault="00000000">
            <w:pPr>
              <w:spacing w:after="0" w:line="245" w:lineRule="auto"/>
              <w:jc w:val="center"/>
              <w:rPr>
                <w:rFonts w:hint="eastAsia"/>
              </w:rPr>
            </w:pPr>
            <w:r>
              <w:rPr>
                <w:sz w:val="17"/>
              </w:rPr>
              <w:t>[ ]</w:t>
            </w:r>
          </w:p>
        </w:tc>
        <w:tc>
          <w:tcPr>
            <w:tcW w:w="190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D948072" w14:textId="77777777" w:rsidR="008C3450" w:rsidRDefault="00000000">
            <w:pPr>
              <w:spacing w:after="0" w:line="245" w:lineRule="auto"/>
              <w:jc w:val="center"/>
              <w:rPr>
                <w:rFonts w:hint="eastAsia"/>
              </w:rPr>
            </w:pPr>
            <w:r>
              <w:rPr>
                <w:sz w:val="17"/>
              </w:rPr>
              <w:t>[ ]</w:t>
            </w:r>
          </w:p>
        </w:tc>
      </w:tr>
      <w:tr w:rsidR="008C3450" w14:paraId="465685ED" w14:textId="77777777">
        <w:trPr>
          <w:cantSplit/>
          <w:jc w:val="center"/>
        </w:trPr>
        <w:tc>
          <w:tcPr>
            <w:tcW w:w="482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CAF45AA" w14:textId="77777777" w:rsidR="008C3450" w:rsidRDefault="00000000">
            <w:pPr>
              <w:spacing w:after="0" w:line="245" w:lineRule="auto"/>
              <w:rPr>
                <w:rFonts w:hint="eastAsia"/>
              </w:rPr>
            </w:pPr>
            <w:r>
              <w:rPr>
                <w:sz w:val="17"/>
              </w:rPr>
              <w:t>Sicherheit / Regeln</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B1062E0" w14:textId="77777777" w:rsidR="008C3450" w:rsidRDefault="00000000">
            <w:pPr>
              <w:spacing w:after="0" w:line="245" w:lineRule="auto"/>
              <w:jc w:val="center"/>
              <w:rPr>
                <w:rFonts w:hint="eastAsia"/>
              </w:rPr>
            </w:pPr>
            <w:r>
              <w:rPr>
                <w:sz w:val="17"/>
              </w:rPr>
              <w:t>[ ]</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EADF63B" w14:textId="77777777" w:rsidR="008C3450" w:rsidRDefault="00000000">
            <w:pPr>
              <w:spacing w:after="0" w:line="245" w:lineRule="auto"/>
              <w:jc w:val="center"/>
              <w:rPr>
                <w:rFonts w:hint="eastAsia"/>
              </w:rPr>
            </w:pPr>
            <w:r>
              <w:rPr>
                <w:sz w:val="17"/>
              </w:rPr>
              <w:t>[ ]</w:t>
            </w:r>
          </w:p>
        </w:tc>
        <w:tc>
          <w:tcPr>
            <w:tcW w:w="190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2CBFA84" w14:textId="77777777" w:rsidR="008C3450" w:rsidRDefault="00000000">
            <w:pPr>
              <w:spacing w:after="0" w:line="245" w:lineRule="auto"/>
              <w:jc w:val="center"/>
              <w:rPr>
                <w:rFonts w:hint="eastAsia"/>
              </w:rPr>
            </w:pPr>
            <w:r>
              <w:rPr>
                <w:sz w:val="17"/>
              </w:rPr>
              <w:t>[ ]</w:t>
            </w:r>
          </w:p>
        </w:tc>
      </w:tr>
      <w:tr w:rsidR="008C3450" w14:paraId="2A3B6278" w14:textId="77777777">
        <w:trPr>
          <w:cantSplit/>
          <w:jc w:val="center"/>
        </w:trPr>
        <w:tc>
          <w:tcPr>
            <w:tcW w:w="482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05CA520" w14:textId="77777777" w:rsidR="008C3450" w:rsidRDefault="00000000">
            <w:pPr>
              <w:spacing w:after="0" w:line="245" w:lineRule="auto"/>
              <w:rPr>
                <w:rFonts w:hint="eastAsia"/>
              </w:rPr>
            </w:pPr>
            <w:r>
              <w:rPr>
                <w:sz w:val="17"/>
              </w:rPr>
              <w:t>Lernbereitschaft &amp; Reflexion</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D376FCC" w14:textId="77777777" w:rsidR="008C3450" w:rsidRDefault="00000000">
            <w:pPr>
              <w:spacing w:after="0" w:line="245" w:lineRule="auto"/>
              <w:jc w:val="center"/>
              <w:rPr>
                <w:rFonts w:hint="eastAsia"/>
              </w:rPr>
            </w:pPr>
            <w:r>
              <w:rPr>
                <w:sz w:val="17"/>
              </w:rPr>
              <w:t>[ ]</w:t>
            </w:r>
          </w:p>
        </w:tc>
        <w:tc>
          <w:tcPr>
            <w:tcW w:w="165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2C8E7A3" w14:textId="77777777" w:rsidR="008C3450" w:rsidRDefault="00000000">
            <w:pPr>
              <w:spacing w:after="0" w:line="245" w:lineRule="auto"/>
              <w:jc w:val="center"/>
              <w:rPr>
                <w:rFonts w:hint="eastAsia"/>
              </w:rPr>
            </w:pPr>
            <w:r>
              <w:rPr>
                <w:sz w:val="17"/>
              </w:rPr>
              <w:t>[ ]</w:t>
            </w:r>
          </w:p>
        </w:tc>
        <w:tc>
          <w:tcPr>
            <w:tcW w:w="1901"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06B2A1E" w14:textId="77777777" w:rsidR="008C3450" w:rsidRDefault="00000000">
            <w:pPr>
              <w:spacing w:after="0" w:line="245" w:lineRule="auto"/>
              <w:jc w:val="center"/>
              <w:rPr>
                <w:rFonts w:hint="eastAsia"/>
              </w:rPr>
            </w:pPr>
            <w:r>
              <w:rPr>
                <w:sz w:val="17"/>
              </w:rPr>
              <w:t>[ ]</w:t>
            </w:r>
          </w:p>
        </w:tc>
      </w:tr>
    </w:tbl>
    <w:p w14:paraId="433D5775" w14:textId="77777777" w:rsidR="008C3450" w:rsidRDefault="00000000">
      <w:pPr>
        <w:pStyle w:val="berschrift2"/>
      </w:pPr>
      <w:r>
        <w:t>Review-Gespräch</w:t>
      </w:r>
    </w:p>
    <w:tbl>
      <w:tblPr>
        <w:tblW w:w="0" w:type="auto"/>
        <w:jc w:val="center"/>
        <w:tblLayout w:type="fixed"/>
        <w:tblLook w:val="04A0" w:firstRow="1" w:lastRow="0" w:firstColumn="1" w:lastColumn="0" w:noHBand="0" w:noVBand="1"/>
      </w:tblPr>
      <w:tblGrid>
        <w:gridCol w:w="5083"/>
        <w:gridCol w:w="5573"/>
      </w:tblGrid>
      <w:tr w:rsidR="008C3450" w14:paraId="31BEEE2A" w14:textId="77777777">
        <w:trPr>
          <w:jc w:val="center"/>
        </w:trPr>
        <w:tc>
          <w:tcPr>
            <w:tcW w:w="4464" w:type="dxa"/>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2350FBE2" w14:textId="77777777" w:rsidR="008C3450" w:rsidRDefault="00000000">
            <w:pPr>
              <w:spacing w:after="0" w:line="245" w:lineRule="auto"/>
              <w:rPr>
                <w:rFonts w:hint="eastAsia"/>
              </w:rPr>
            </w:pPr>
            <w:r>
              <w:rPr>
                <w:b/>
                <w:color w:val="183A5A"/>
                <w:sz w:val="18"/>
              </w:rPr>
              <w:t>Was ist seit dem letzten Review besonders gut gelungen?</w:t>
            </w:r>
          </w:p>
        </w:tc>
        <w:tc>
          <w:tcPr>
            <w:tcW w:w="5573" w:type="dxa"/>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74DBDD1F" w14:textId="77777777" w:rsidR="008C3450" w:rsidRDefault="00000000">
            <w:pPr>
              <w:spacing w:after="0" w:line="245" w:lineRule="auto"/>
              <w:rPr>
                <w:rFonts w:hint="eastAsia"/>
              </w:rPr>
            </w:pPr>
            <w:r>
              <w:rPr>
                <w:sz w:val="18"/>
              </w:rPr>
              <w:t>[Notizen]</w:t>
            </w:r>
          </w:p>
        </w:tc>
      </w:tr>
      <w:tr w:rsidR="008C3450" w14:paraId="7A5F0500" w14:textId="77777777">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04C39D80" w14:textId="77777777" w:rsidR="008C3450" w:rsidRDefault="00000000">
            <w:pPr>
              <w:spacing w:after="0" w:line="245" w:lineRule="auto"/>
              <w:rPr>
                <w:rFonts w:hint="eastAsia"/>
              </w:rPr>
            </w:pPr>
            <w:r>
              <w:rPr>
                <w:b/>
                <w:color w:val="183A5A"/>
                <w:sz w:val="18"/>
              </w:rPr>
              <w:t>Welche Ausbildungsziele sind erreicht?</w:t>
            </w:r>
          </w:p>
        </w:tc>
        <w:tc>
          <w:tcPr>
            <w:tcW w:w="5083" w:type="dxa"/>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5F7DDB9D" w14:textId="77777777" w:rsidR="008C3450" w:rsidRDefault="00000000">
            <w:pPr>
              <w:spacing w:after="0" w:line="245" w:lineRule="auto"/>
              <w:rPr>
                <w:rFonts w:hint="eastAsia"/>
              </w:rPr>
            </w:pPr>
            <w:r>
              <w:rPr>
                <w:sz w:val="18"/>
              </w:rPr>
              <w:t>[Notizen / Bezug zum Plan]</w:t>
            </w:r>
          </w:p>
        </w:tc>
      </w:tr>
      <w:tr w:rsidR="008C3450" w14:paraId="3D1F4428" w14:textId="77777777">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2A4FD194" w14:textId="77777777" w:rsidR="008C3450" w:rsidRDefault="00000000">
            <w:pPr>
              <w:spacing w:after="0" w:line="245" w:lineRule="auto"/>
              <w:rPr>
                <w:rFonts w:hint="eastAsia"/>
              </w:rPr>
            </w:pPr>
            <w:r>
              <w:rPr>
                <w:b/>
                <w:color w:val="183A5A"/>
                <w:sz w:val="18"/>
              </w:rPr>
              <w:t>Wo besteht noch Übungs- oder Unterstützungsbedarf?</w:t>
            </w:r>
          </w:p>
        </w:tc>
        <w:tc>
          <w:tcPr>
            <w:tcW w:w="5083" w:type="dxa"/>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5327E8EA" w14:textId="77777777" w:rsidR="008C3450" w:rsidRDefault="00000000">
            <w:pPr>
              <w:spacing w:after="0" w:line="245" w:lineRule="auto"/>
              <w:rPr>
                <w:rFonts w:hint="eastAsia"/>
              </w:rPr>
            </w:pPr>
            <w:r>
              <w:rPr>
                <w:sz w:val="18"/>
              </w:rPr>
              <w:t>[Notizen]</w:t>
            </w:r>
          </w:p>
        </w:tc>
      </w:tr>
      <w:tr w:rsidR="008C3450" w14:paraId="763A20AD" w14:textId="77777777">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738682A0" w14:textId="77777777" w:rsidR="008C3450" w:rsidRDefault="00000000">
            <w:pPr>
              <w:spacing w:after="0" w:line="245" w:lineRule="auto"/>
              <w:rPr>
                <w:rFonts w:hint="eastAsia"/>
              </w:rPr>
            </w:pPr>
            <w:r>
              <w:rPr>
                <w:b/>
                <w:color w:val="183A5A"/>
                <w:sz w:val="18"/>
              </w:rPr>
              <w:t>Welche nächsten Lernaufträge werden vereinbart?</w:t>
            </w:r>
          </w:p>
        </w:tc>
        <w:tc>
          <w:tcPr>
            <w:tcW w:w="5083" w:type="dxa"/>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0A4E3B00" w14:textId="77777777" w:rsidR="008C3450" w:rsidRDefault="00000000">
            <w:pPr>
              <w:spacing w:after="0" w:line="245" w:lineRule="auto"/>
              <w:rPr>
                <w:rFonts w:hint="eastAsia"/>
              </w:rPr>
            </w:pPr>
            <w:r>
              <w:rPr>
                <w:sz w:val="18"/>
              </w:rPr>
              <w:t>[Notizen / Termin]</w:t>
            </w:r>
          </w:p>
        </w:tc>
      </w:tr>
      <w:tr w:rsidR="008C3450" w14:paraId="63AB72DB" w14:textId="77777777">
        <w:trPr>
          <w:jc w:val="center"/>
        </w:trPr>
        <w:tc>
          <w:tcPr>
            <w:tcW w:w="5083" w:type="dxa"/>
            <w:tcBorders>
              <w:top w:val="single" w:sz="4" w:space="0" w:color="D7E0E8"/>
              <w:left w:val="single" w:sz="4" w:space="0" w:color="D7E0E8"/>
              <w:bottom w:val="single" w:sz="4" w:space="0" w:color="D7E0E8"/>
              <w:right w:val="single" w:sz="4" w:space="0" w:color="D7E0E8"/>
            </w:tcBorders>
            <w:shd w:val="clear" w:color="auto" w:fill="EAF2F8"/>
            <w:tcMar>
              <w:top w:w="150" w:type="dxa"/>
              <w:left w:w="140" w:type="dxa"/>
              <w:bottom w:w="150" w:type="dxa"/>
              <w:right w:w="140" w:type="dxa"/>
            </w:tcMar>
          </w:tcPr>
          <w:p w14:paraId="2F047719" w14:textId="77777777" w:rsidR="008C3450" w:rsidRDefault="00000000">
            <w:pPr>
              <w:spacing w:after="0" w:line="245" w:lineRule="auto"/>
              <w:rPr>
                <w:rFonts w:hint="eastAsia"/>
              </w:rPr>
            </w:pPr>
            <w:r>
              <w:rPr>
                <w:b/>
                <w:color w:val="183A5A"/>
                <w:sz w:val="18"/>
              </w:rPr>
              <w:t>Muss der Ausbildungsplan angepasst werden?</w:t>
            </w:r>
          </w:p>
        </w:tc>
        <w:tc>
          <w:tcPr>
            <w:tcW w:w="5083" w:type="dxa"/>
            <w:tcBorders>
              <w:top w:val="single" w:sz="4" w:space="0" w:color="D7E0E8"/>
              <w:left w:val="single" w:sz="4" w:space="0" w:color="D7E0E8"/>
              <w:bottom w:val="single" w:sz="4" w:space="0" w:color="D7E0E8"/>
              <w:right w:val="single" w:sz="4" w:space="0" w:color="D7E0E8"/>
            </w:tcBorders>
            <w:tcMar>
              <w:top w:w="150" w:type="dxa"/>
              <w:left w:w="140" w:type="dxa"/>
              <w:bottom w:w="150" w:type="dxa"/>
              <w:right w:w="140" w:type="dxa"/>
            </w:tcMar>
          </w:tcPr>
          <w:p w14:paraId="5959C370" w14:textId="77777777" w:rsidR="008C3450" w:rsidRDefault="00000000">
            <w:pPr>
              <w:spacing w:after="0" w:line="245" w:lineRule="auto"/>
              <w:rPr>
                <w:rFonts w:hint="eastAsia"/>
              </w:rPr>
            </w:pPr>
            <w:r>
              <w:rPr>
                <w:sz w:val="18"/>
              </w:rPr>
              <w:t>[ ] Nein   [ ] Ja, und zwar: [Beschreibung]</w:t>
            </w:r>
          </w:p>
        </w:tc>
      </w:tr>
    </w:tbl>
    <w:p w14:paraId="43622D3A" w14:textId="77777777" w:rsidR="008C3450" w:rsidRDefault="00000000">
      <w:pPr>
        <w:rPr>
          <w:rFonts w:hint="eastAsia"/>
        </w:rPr>
      </w:pPr>
      <w:r>
        <w:br w:type="page"/>
      </w:r>
    </w:p>
    <w:p w14:paraId="286DD29A" w14:textId="77777777" w:rsidR="008C3450" w:rsidRDefault="00000000">
      <w:pPr>
        <w:spacing w:after="80" w:line="259" w:lineRule="auto"/>
        <w:rPr>
          <w:rFonts w:hint="eastAsia"/>
        </w:rPr>
      </w:pPr>
      <w:r>
        <w:rPr>
          <w:b/>
          <w:color w:val="2A7F87"/>
          <w:sz w:val="18"/>
        </w:rPr>
        <w:lastRenderedPageBreak/>
        <w:t>10</w:t>
      </w:r>
      <w:r>
        <w:rPr>
          <w:b/>
          <w:color w:val="183A5A"/>
          <w:sz w:val="36"/>
        </w:rPr>
        <w:t xml:space="preserve">  Checkliste für Ausbilder</w:t>
      </w:r>
    </w:p>
    <w:p w14:paraId="18353132" w14:textId="77777777" w:rsidR="008C3450" w:rsidRDefault="00000000">
      <w:pPr>
        <w:spacing w:line="259" w:lineRule="auto"/>
        <w:rPr>
          <w:rFonts w:hint="eastAsia"/>
        </w:rPr>
      </w:pPr>
      <w:r>
        <w:rPr>
          <w:color w:val="5D6B78"/>
        </w:rPr>
        <w:t>Vor Start, während der Ausbildung und vor dem Abschluss.</w:t>
      </w:r>
    </w:p>
    <w:p w14:paraId="4BACF712" w14:textId="77777777" w:rsidR="008C3450" w:rsidRDefault="00000000">
      <w:pPr>
        <w:pStyle w:val="berschrift2"/>
      </w:pPr>
      <w:r>
        <w:t>Vor Ausbildungsbeginn</w:t>
      </w:r>
    </w:p>
    <w:p w14:paraId="458F5850" w14:textId="77777777" w:rsidR="008C3450" w:rsidRDefault="00000000">
      <w:pPr>
        <w:spacing w:after="60" w:line="259" w:lineRule="auto"/>
        <w:ind w:left="173"/>
        <w:rPr>
          <w:rFonts w:hint="eastAsia"/>
        </w:rPr>
      </w:pPr>
      <w:r>
        <w:rPr>
          <w:sz w:val="19"/>
        </w:rPr>
        <w:t>[ ]  Aktuelle Ausbildungsordnung und Ausbildungsrahmenplan liegen vor.</w:t>
      </w:r>
    </w:p>
    <w:p w14:paraId="273BC8AF" w14:textId="77777777" w:rsidR="008C3450" w:rsidRDefault="00000000">
      <w:pPr>
        <w:spacing w:after="60" w:line="259" w:lineRule="auto"/>
        <w:ind w:left="173"/>
        <w:rPr>
          <w:rFonts w:hint="eastAsia"/>
        </w:rPr>
      </w:pPr>
      <w:r>
        <w:rPr>
          <w:sz w:val="19"/>
        </w:rPr>
        <w:t>[ ]  Betrieblicher Ausbildungsplan ist sachlich und zeitlich konkretisiert.</w:t>
      </w:r>
    </w:p>
    <w:p w14:paraId="3B8EB053" w14:textId="77777777" w:rsidR="008C3450" w:rsidRDefault="00000000">
      <w:pPr>
        <w:spacing w:after="60" w:line="259" w:lineRule="auto"/>
        <w:ind w:left="173"/>
        <w:rPr>
          <w:rFonts w:hint="eastAsia"/>
        </w:rPr>
      </w:pPr>
      <w:r>
        <w:rPr>
          <w:sz w:val="19"/>
        </w:rPr>
        <w:t>[ ]  Ausbilder, Fachausbilder und Vertretungen sind benannt.</w:t>
      </w:r>
    </w:p>
    <w:p w14:paraId="6C0F3651" w14:textId="77777777" w:rsidR="008C3450" w:rsidRDefault="00000000">
      <w:pPr>
        <w:spacing w:after="60" w:line="259" w:lineRule="auto"/>
        <w:ind w:left="173"/>
        <w:rPr>
          <w:rFonts w:hint="eastAsia"/>
        </w:rPr>
      </w:pPr>
      <w:r>
        <w:rPr>
          <w:sz w:val="19"/>
        </w:rPr>
        <w:t>[ ]  Lernorte, Abteilungen und externe Ausbildungsmaßnahmen sind eingeplant.</w:t>
      </w:r>
    </w:p>
    <w:p w14:paraId="1EA3BD49" w14:textId="77777777" w:rsidR="008C3450" w:rsidRDefault="00000000">
      <w:pPr>
        <w:spacing w:after="60" w:line="259" w:lineRule="auto"/>
        <w:ind w:left="173"/>
        <w:rPr>
          <w:rFonts w:hint="eastAsia"/>
        </w:rPr>
      </w:pPr>
      <w:r>
        <w:rPr>
          <w:sz w:val="19"/>
        </w:rPr>
        <w:t>[ ]  Berufsschule, Prüfungsstruktur und wichtige Termine sind bekannt.</w:t>
      </w:r>
    </w:p>
    <w:p w14:paraId="0AA156BD" w14:textId="77777777" w:rsidR="008C3450" w:rsidRDefault="00000000">
      <w:pPr>
        <w:spacing w:after="60" w:line="259" w:lineRule="auto"/>
        <w:ind w:left="173"/>
        <w:rPr>
          <w:rFonts w:hint="eastAsia"/>
        </w:rPr>
      </w:pPr>
      <w:r>
        <w:rPr>
          <w:sz w:val="19"/>
        </w:rPr>
        <w:t>[ ]  Arbeitsmittel und erforderliche digitale Zugänge sind vorbereitet.</w:t>
      </w:r>
    </w:p>
    <w:p w14:paraId="6A89537E" w14:textId="77777777" w:rsidR="008C3450" w:rsidRDefault="00000000">
      <w:pPr>
        <w:pStyle w:val="berschrift2"/>
      </w:pPr>
      <w:r>
        <w:t>Während der Ausbildung</w:t>
      </w:r>
    </w:p>
    <w:p w14:paraId="315509E0" w14:textId="77777777" w:rsidR="008C3450" w:rsidRDefault="00000000">
      <w:pPr>
        <w:spacing w:after="60" w:line="259" w:lineRule="auto"/>
        <w:ind w:left="173"/>
        <w:rPr>
          <w:rFonts w:hint="eastAsia"/>
        </w:rPr>
      </w:pPr>
      <w:r>
        <w:rPr>
          <w:sz w:val="19"/>
        </w:rPr>
        <w:t>[ ]  Ausbildungsnachweise werden regelmäßig eingesehen.</w:t>
      </w:r>
    </w:p>
    <w:p w14:paraId="2668AEF1" w14:textId="77777777" w:rsidR="008C3450" w:rsidRDefault="00000000">
      <w:pPr>
        <w:spacing w:after="60" w:line="259" w:lineRule="auto"/>
        <w:ind w:left="173"/>
        <w:rPr>
          <w:rFonts w:hint="eastAsia"/>
        </w:rPr>
      </w:pPr>
      <w:r>
        <w:rPr>
          <w:sz w:val="19"/>
        </w:rPr>
        <w:t>[ ]  Lernziele und Arbeitsaufträge werden vor Einsätzen transparent gemacht.</w:t>
      </w:r>
    </w:p>
    <w:p w14:paraId="190C21DB" w14:textId="77777777" w:rsidR="008C3450" w:rsidRDefault="00000000">
      <w:pPr>
        <w:spacing w:after="60" w:line="259" w:lineRule="auto"/>
        <w:ind w:left="173"/>
        <w:rPr>
          <w:rFonts w:hint="eastAsia"/>
        </w:rPr>
      </w:pPr>
      <w:r>
        <w:rPr>
          <w:sz w:val="19"/>
        </w:rPr>
        <w:t>[ ]  Feedback- und Reviewtermine finden regelmäßig statt.</w:t>
      </w:r>
    </w:p>
    <w:p w14:paraId="017B7AEC" w14:textId="77777777" w:rsidR="008C3450" w:rsidRDefault="00000000">
      <w:pPr>
        <w:spacing w:after="60" w:line="259" w:lineRule="auto"/>
        <w:ind w:left="173"/>
        <w:rPr>
          <w:rFonts w:hint="eastAsia"/>
        </w:rPr>
      </w:pPr>
      <w:r>
        <w:rPr>
          <w:sz w:val="19"/>
        </w:rPr>
        <w:t>[ ]  Abweichungen und Nachholbedarfe werden dokumentiert und neu eingeplant.</w:t>
      </w:r>
    </w:p>
    <w:p w14:paraId="79275139" w14:textId="77777777" w:rsidR="008C3450" w:rsidRDefault="00000000">
      <w:pPr>
        <w:spacing w:after="60" w:line="259" w:lineRule="auto"/>
        <w:ind w:left="173"/>
        <w:rPr>
          <w:rFonts w:hint="eastAsia"/>
        </w:rPr>
      </w:pPr>
      <w:r>
        <w:rPr>
          <w:sz w:val="19"/>
        </w:rPr>
        <w:t>[ ]  Berufsschule und betriebliche Lernphasen werden soweit sinnvoll abgestimmt.</w:t>
      </w:r>
    </w:p>
    <w:p w14:paraId="7463FF53" w14:textId="77777777" w:rsidR="008C3450" w:rsidRDefault="00000000">
      <w:pPr>
        <w:pStyle w:val="berschrift2"/>
      </w:pPr>
      <w:r>
        <w:t>Vor Prüfungen und Abschluss</w:t>
      </w:r>
    </w:p>
    <w:p w14:paraId="3B47160D" w14:textId="77777777" w:rsidR="008C3450" w:rsidRDefault="00000000">
      <w:pPr>
        <w:spacing w:after="60" w:line="259" w:lineRule="auto"/>
        <w:ind w:left="173"/>
        <w:rPr>
          <w:rFonts w:hint="eastAsia"/>
        </w:rPr>
      </w:pPr>
      <w:r>
        <w:rPr>
          <w:sz w:val="19"/>
        </w:rPr>
        <w:t>[ ]  Prüfungsrelevante Inhalte und mögliche Kompetenzlücken sind überprüft.</w:t>
      </w:r>
    </w:p>
    <w:p w14:paraId="3125D727" w14:textId="77777777" w:rsidR="008C3450" w:rsidRDefault="00000000">
      <w:pPr>
        <w:spacing w:after="60" w:line="259" w:lineRule="auto"/>
        <w:ind w:left="173"/>
        <w:rPr>
          <w:rFonts w:hint="eastAsia"/>
        </w:rPr>
      </w:pPr>
      <w:r>
        <w:rPr>
          <w:sz w:val="19"/>
        </w:rPr>
        <w:t>[ ]  Selbstständige vollständige Arbeitsprozesse wurden ausreichend geübt.</w:t>
      </w:r>
    </w:p>
    <w:p w14:paraId="13BBB243" w14:textId="77777777" w:rsidR="008C3450" w:rsidRDefault="00000000">
      <w:pPr>
        <w:spacing w:after="60" w:line="259" w:lineRule="auto"/>
        <w:ind w:left="173"/>
        <w:rPr>
          <w:rFonts w:hint="eastAsia"/>
        </w:rPr>
      </w:pPr>
      <w:r>
        <w:rPr>
          <w:sz w:val="19"/>
        </w:rPr>
        <w:t>[ ]  Prüfungstermine, Freistellungen und organisatorische Anforderungen sind geklärt.</w:t>
      </w:r>
    </w:p>
    <w:p w14:paraId="22B26592" w14:textId="77777777" w:rsidR="008C3450" w:rsidRDefault="00000000">
      <w:pPr>
        <w:spacing w:after="60" w:line="259" w:lineRule="auto"/>
        <w:ind w:left="173"/>
        <w:rPr>
          <w:rFonts w:hint="eastAsia"/>
        </w:rPr>
      </w:pPr>
      <w:r>
        <w:rPr>
          <w:sz w:val="19"/>
        </w:rPr>
        <w:t>[ ]  Übergang in die Fachkraftrolle bzw. Anschlussplanung wurde besprochen.</w:t>
      </w:r>
    </w:p>
    <w:p w14:paraId="30EF527B" w14:textId="77777777" w:rsidR="008C3450" w:rsidRDefault="00000000">
      <w:pPr>
        <w:rPr>
          <w:rFonts w:hint="eastAsia"/>
        </w:rPr>
      </w:pPr>
      <w:r>
        <w:br w:type="page"/>
      </w:r>
    </w:p>
    <w:p w14:paraId="683BF440" w14:textId="77777777" w:rsidR="008C3450" w:rsidRDefault="00000000">
      <w:pPr>
        <w:spacing w:after="80" w:line="259" w:lineRule="auto"/>
        <w:rPr>
          <w:rFonts w:hint="eastAsia"/>
        </w:rPr>
      </w:pPr>
      <w:r>
        <w:rPr>
          <w:b/>
          <w:color w:val="2A7F87"/>
          <w:sz w:val="18"/>
        </w:rPr>
        <w:lastRenderedPageBreak/>
        <w:t>11</w:t>
      </w:r>
      <w:r>
        <w:rPr>
          <w:b/>
          <w:color w:val="183A5A"/>
          <w:sz w:val="36"/>
        </w:rPr>
        <w:t xml:space="preserve">  Freigabe, Anpassungen und Quellen</w:t>
      </w:r>
    </w:p>
    <w:p w14:paraId="5F162499" w14:textId="77777777" w:rsidR="008C3450" w:rsidRDefault="00000000">
      <w:pPr>
        <w:spacing w:line="259" w:lineRule="auto"/>
        <w:rPr>
          <w:rFonts w:hint="eastAsia"/>
        </w:rPr>
      </w:pPr>
      <w:r>
        <w:rPr>
          <w:color w:val="5D6B78"/>
        </w:rPr>
        <w:t>Die Vorlage sollte bei wesentlichen Änderungen der Ausbildung aktualisiert werden.</w:t>
      </w:r>
    </w:p>
    <w:p w14:paraId="6F86EA41" w14:textId="77777777" w:rsidR="008C3450" w:rsidRDefault="00000000">
      <w:pPr>
        <w:pStyle w:val="berschrift2"/>
      </w:pPr>
      <w:r>
        <w:t>Freigabe des betrieblichen Ausbildungsplans</w:t>
      </w:r>
    </w:p>
    <w:tbl>
      <w:tblPr>
        <w:tblW w:w="0" w:type="auto"/>
        <w:jc w:val="center"/>
        <w:tblLayout w:type="fixed"/>
        <w:tblLook w:val="04A0" w:firstRow="1" w:lastRow="0" w:firstColumn="1" w:lastColumn="0" w:noHBand="0" w:noVBand="1"/>
      </w:tblPr>
      <w:tblGrid>
        <w:gridCol w:w="3096"/>
        <w:gridCol w:w="3096"/>
        <w:gridCol w:w="3845"/>
      </w:tblGrid>
      <w:tr w:rsidR="008C3450" w14:paraId="539C78EE" w14:textId="77777777">
        <w:trPr>
          <w:cantSplit/>
          <w:tblHeader/>
          <w:jc w:val="center"/>
        </w:trPr>
        <w:tc>
          <w:tcPr>
            <w:tcW w:w="309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25D5B64D" w14:textId="77777777" w:rsidR="008C3450" w:rsidRDefault="00000000">
            <w:pPr>
              <w:spacing w:after="0" w:line="245" w:lineRule="auto"/>
              <w:rPr>
                <w:rFonts w:hint="eastAsia"/>
              </w:rPr>
            </w:pPr>
            <w:r>
              <w:rPr>
                <w:b/>
                <w:color w:val="FFFFFF"/>
                <w:sz w:val="18"/>
              </w:rPr>
              <w:t>Funktion</w:t>
            </w:r>
          </w:p>
        </w:tc>
        <w:tc>
          <w:tcPr>
            <w:tcW w:w="309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12BF7706" w14:textId="77777777" w:rsidR="008C3450" w:rsidRDefault="00000000">
            <w:pPr>
              <w:spacing w:after="0" w:line="245" w:lineRule="auto"/>
              <w:rPr>
                <w:rFonts w:hint="eastAsia"/>
              </w:rPr>
            </w:pPr>
            <w:r>
              <w:rPr>
                <w:b/>
                <w:color w:val="FFFFFF"/>
                <w:sz w:val="18"/>
              </w:rPr>
              <w:t>Name</w:t>
            </w:r>
          </w:p>
        </w:tc>
        <w:tc>
          <w:tcPr>
            <w:tcW w:w="3845"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5645ECDB" w14:textId="77777777" w:rsidR="008C3450" w:rsidRDefault="00000000">
            <w:pPr>
              <w:spacing w:after="0" w:line="245" w:lineRule="auto"/>
              <w:rPr>
                <w:rFonts w:hint="eastAsia"/>
              </w:rPr>
            </w:pPr>
            <w:r>
              <w:rPr>
                <w:b/>
                <w:color w:val="FFFFFF"/>
                <w:sz w:val="18"/>
              </w:rPr>
              <w:t>Datum / Unterschrift</w:t>
            </w:r>
          </w:p>
        </w:tc>
      </w:tr>
      <w:tr w:rsidR="008C3450" w14:paraId="0F639F52" w14:textId="77777777">
        <w:trPr>
          <w:cantSplit/>
          <w:jc w:val="center"/>
        </w:trPr>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4D82777" w14:textId="77777777" w:rsidR="008C3450" w:rsidRDefault="00000000">
            <w:pPr>
              <w:spacing w:after="0" w:line="245" w:lineRule="auto"/>
              <w:rPr>
                <w:rFonts w:hint="eastAsia"/>
              </w:rPr>
            </w:pPr>
            <w:r>
              <w:rPr>
                <w:sz w:val="18"/>
              </w:rPr>
              <w:t>Verantwortlicher Ausbilder</w:t>
            </w:r>
          </w:p>
        </w:tc>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36ED460" w14:textId="77777777" w:rsidR="008C3450" w:rsidRDefault="00000000">
            <w:pPr>
              <w:spacing w:after="0" w:line="245" w:lineRule="auto"/>
              <w:rPr>
                <w:rFonts w:hint="eastAsia"/>
              </w:rPr>
            </w:pPr>
            <w:r>
              <w:rPr>
                <w:sz w:val="18"/>
              </w:rPr>
              <w:t>[ ]</w:t>
            </w:r>
          </w:p>
        </w:tc>
        <w:tc>
          <w:tcPr>
            <w:tcW w:w="384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2DD6400B" w14:textId="77777777" w:rsidR="008C3450" w:rsidRDefault="00000000">
            <w:pPr>
              <w:spacing w:after="0" w:line="245" w:lineRule="auto"/>
              <w:rPr>
                <w:rFonts w:hint="eastAsia"/>
              </w:rPr>
            </w:pPr>
            <w:r>
              <w:rPr>
                <w:sz w:val="18"/>
              </w:rPr>
              <w:t>[ ]</w:t>
            </w:r>
          </w:p>
        </w:tc>
      </w:tr>
      <w:tr w:rsidR="008C3450" w14:paraId="0C08C837" w14:textId="77777777">
        <w:trPr>
          <w:cantSplit/>
          <w:jc w:val="center"/>
        </w:trPr>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BE3BE8A" w14:textId="77777777" w:rsidR="008C3450" w:rsidRDefault="00000000">
            <w:pPr>
              <w:spacing w:after="0" w:line="245" w:lineRule="auto"/>
              <w:rPr>
                <w:rFonts w:hint="eastAsia"/>
              </w:rPr>
            </w:pPr>
            <w:r>
              <w:rPr>
                <w:sz w:val="18"/>
              </w:rPr>
              <w:t>Ausbildender / Betrieb</w:t>
            </w:r>
          </w:p>
        </w:tc>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B11A559" w14:textId="77777777" w:rsidR="008C3450" w:rsidRDefault="00000000">
            <w:pPr>
              <w:spacing w:after="0" w:line="245" w:lineRule="auto"/>
              <w:rPr>
                <w:rFonts w:hint="eastAsia"/>
              </w:rPr>
            </w:pPr>
            <w:r>
              <w:rPr>
                <w:sz w:val="18"/>
              </w:rPr>
              <w:t>[ ]</w:t>
            </w:r>
          </w:p>
        </w:tc>
        <w:tc>
          <w:tcPr>
            <w:tcW w:w="384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F0132DB" w14:textId="77777777" w:rsidR="008C3450" w:rsidRDefault="00000000">
            <w:pPr>
              <w:spacing w:after="0" w:line="245" w:lineRule="auto"/>
              <w:rPr>
                <w:rFonts w:hint="eastAsia"/>
              </w:rPr>
            </w:pPr>
            <w:r>
              <w:rPr>
                <w:sz w:val="18"/>
              </w:rPr>
              <w:t>[ ]</w:t>
            </w:r>
          </w:p>
        </w:tc>
      </w:tr>
      <w:tr w:rsidR="008C3450" w14:paraId="62928007" w14:textId="77777777">
        <w:trPr>
          <w:cantSplit/>
          <w:jc w:val="center"/>
        </w:trPr>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7F5927D" w14:textId="77777777" w:rsidR="008C3450" w:rsidRDefault="00000000">
            <w:pPr>
              <w:spacing w:after="0" w:line="245" w:lineRule="auto"/>
              <w:rPr>
                <w:rFonts w:hint="eastAsia"/>
              </w:rPr>
            </w:pPr>
            <w:r>
              <w:rPr>
                <w:sz w:val="18"/>
              </w:rPr>
              <w:t>Auszubildende Person</w:t>
            </w:r>
          </w:p>
        </w:tc>
        <w:tc>
          <w:tcPr>
            <w:tcW w:w="309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3019B34" w14:textId="77777777" w:rsidR="008C3450" w:rsidRDefault="00000000">
            <w:pPr>
              <w:spacing w:after="0" w:line="245" w:lineRule="auto"/>
              <w:rPr>
                <w:rFonts w:hint="eastAsia"/>
              </w:rPr>
            </w:pPr>
            <w:r>
              <w:rPr>
                <w:sz w:val="18"/>
              </w:rPr>
              <w:t>[ ]</w:t>
            </w:r>
          </w:p>
        </w:tc>
        <w:tc>
          <w:tcPr>
            <w:tcW w:w="384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FABF2E7" w14:textId="77777777" w:rsidR="008C3450" w:rsidRDefault="00000000">
            <w:pPr>
              <w:spacing w:after="0" w:line="245" w:lineRule="auto"/>
              <w:rPr>
                <w:rFonts w:hint="eastAsia"/>
              </w:rPr>
            </w:pPr>
            <w:r>
              <w:rPr>
                <w:sz w:val="18"/>
              </w:rPr>
              <w:t>[ ]</w:t>
            </w:r>
          </w:p>
        </w:tc>
      </w:tr>
    </w:tbl>
    <w:p w14:paraId="29466CE7" w14:textId="77777777" w:rsidR="008C3450" w:rsidRDefault="00000000">
      <w:pPr>
        <w:pStyle w:val="berschrift2"/>
      </w:pPr>
      <w:r>
        <w:t>Änderungs- und Anpassungsprotokoll</w:t>
      </w:r>
    </w:p>
    <w:tbl>
      <w:tblPr>
        <w:tblW w:w="0" w:type="auto"/>
        <w:jc w:val="center"/>
        <w:tblLayout w:type="fixed"/>
        <w:tblLook w:val="04A0" w:firstRow="1" w:lastRow="0" w:firstColumn="1" w:lastColumn="0" w:noHBand="0" w:noVBand="1"/>
      </w:tblPr>
      <w:tblGrid>
        <w:gridCol w:w="1584"/>
        <w:gridCol w:w="2016"/>
        <w:gridCol w:w="5112"/>
        <w:gridCol w:w="1325"/>
      </w:tblGrid>
      <w:tr w:rsidR="008C3450" w14:paraId="5A185276" w14:textId="77777777">
        <w:trPr>
          <w:cantSplit/>
          <w:tblHeader/>
          <w:jc w:val="center"/>
        </w:trPr>
        <w:tc>
          <w:tcPr>
            <w:tcW w:w="1584"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0DCCA407" w14:textId="77777777" w:rsidR="008C3450" w:rsidRDefault="00000000">
            <w:pPr>
              <w:spacing w:after="0" w:line="245" w:lineRule="auto"/>
              <w:rPr>
                <w:rFonts w:hint="eastAsia"/>
              </w:rPr>
            </w:pPr>
            <w:r>
              <w:rPr>
                <w:b/>
                <w:color w:val="FFFFFF"/>
                <w:sz w:val="17"/>
              </w:rPr>
              <w:t>Datum</w:t>
            </w:r>
          </w:p>
        </w:tc>
        <w:tc>
          <w:tcPr>
            <w:tcW w:w="2016"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7EBD464E" w14:textId="77777777" w:rsidR="008C3450" w:rsidRDefault="00000000">
            <w:pPr>
              <w:spacing w:after="0" w:line="245" w:lineRule="auto"/>
              <w:rPr>
                <w:rFonts w:hint="eastAsia"/>
              </w:rPr>
            </w:pPr>
            <w:r>
              <w:rPr>
                <w:b/>
                <w:color w:val="FFFFFF"/>
                <w:sz w:val="17"/>
              </w:rPr>
              <w:t>Abschnitt</w:t>
            </w:r>
          </w:p>
        </w:tc>
        <w:tc>
          <w:tcPr>
            <w:tcW w:w="5112"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3E3F0D28" w14:textId="77777777" w:rsidR="008C3450" w:rsidRDefault="00000000">
            <w:pPr>
              <w:spacing w:after="0" w:line="245" w:lineRule="auto"/>
              <w:rPr>
                <w:rFonts w:hint="eastAsia"/>
              </w:rPr>
            </w:pPr>
            <w:r>
              <w:rPr>
                <w:b/>
                <w:color w:val="FFFFFF"/>
                <w:sz w:val="17"/>
              </w:rPr>
              <w:t>Änderung / Grund</w:t>
            </w:r>
          </w:p>
        </w:tc>
        <w:tc>
          <w:tcPr>
            <w:tcW w:w="1325" w:type="dxa"/>
            <w:tcBorders>
              <w:top w:val="single" w:sz="4" w:space="0" w:color="B9C5D0"/>
              <w:left w:val="single" w:sz="4" w:space="0" w:color="B9C5D0"/>
              <w:bottom w:val="single" w:sz="4" w:space="0" w:color="B9C5D0"/>
              <w:right w:val="single" w:sz="4" w:space="0" w:color="B9C5D0"/>
            </w:tcBorders>
            <w:shd w:val="clear" w:color="auto" w:fill="183A5A"/>
            <w:tcMar>
              <w:top w:w="110" w:type="dxa"/>
              <w:left w:w="110" w:type="dxa"/>
              <w:bottom w:w="110" w:type="dxa"/>
              <w:right w:w="110" w:type="dxa"/>
            </w:tcMar>
            <w:vAlign w:val="center"/>
          </w:tcPr>
          <w:p w14:paraId="13E883E3" w14:textId="77777777" w:rsidR="008C3450" w:rsidRDefault="00000000">
            <w:pPr>
              <w:spacing w:after="0" w:line="245" w:lineRule="auto"/>
              <w:rPr>
                <w:rFonts w:hint="eastAsia"/>
              </w:rPr>
            </w:pPr>
            <w:r>
              <w:rPr>
                <w:b/>
                <w:color w:val="FFFFFF"/>
                <w:sz w:val="17"/>
              </w:rPr>
              <w:t>Freigabe</w:t>
            </w:r>
          </w:p>
        </w:tc>
      </w:tr>
      <w:tr w:rsidR="008C3450" w14:paraId="436A4EB9" w14:textId="77777777">
        <w:trPr>
          <w:cantSplit/>
          <w:jc w:val="center"/>
        </w:trPr>
        <w:tc>
          <w:tcPr>
            <w:tcW w:w="158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2205F24" w14:textId="77777777" w:rsidR="008C3450" w:rsidRDefault="00000000">
            <w:pPr>
              <w:spacing w:after="0" w:line="245" w:lineRule="auto"/>
              <w:rPr>
                <w:rFonts w:hint="eastAsia"/>
              </w:rPr>
            </w:pPr>
            <w:r>
              <w:rPr>
                <w:sz w:val="17"/>
              </w:rPr>
              <w:t>[ ]</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5EEEE5F5" w14:textId="77777777" w:rsidR="008C3450" w:rsidRDefault="00000000">
            <w:pPr>
              <w:spacing w:after="0" w:line="245" w:lineRule="auto"/>
              <w:rPr>
                <w:rFonts w:hint="eastAsia"/>
              </w:rPr>
            </w:pPr>
            <w:r>
              <w:rPr>
                <w:sz w:val="17"/>
              </w:rPr>
              <w:t>[ ]</w:t>
            </w:r>
          </w:p>
        </w:tc>
        <w:tc>
          <w:tcPr>
            <w:tcW w:w="51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0DF8C7D7" w14:textId="77777777" w:rsidR="008C3450" w:rsidRDefault="00000000">
            <w:pPr>
              <w:spacing w:after="0" w:line="245" w:lineRule="auto"/>
              <w:rPr>
                <w:rFonts w:hint="eastAsia"/>
              </w:rPr>
            </w:pPr>
            <w:r>
              <w:rPr>
                <w:sz w:val="17"/>
              </w:rPr>
              <w:t>[ ]</w:t>
            </w:r>
          </w:p>
        </w:tc>
        <w:tc>
          <w:tcPr>
            <w:tcW w:w="132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C1742CC" w14:textId="77777777" w:rsidR="008C3450" w:rsidRDefault="00000000">
            <w:pPr>
              <w:spacing w:after="0" w:line="245" w:lineRule="auto"/>
              <w:rPr>
                <w:rFonts w:hint="eastAsia"/>
              </w:rPr>
            </w:pPr>
            <w:r>
              <w:rPr>
                <w:sz w:val="17"/>
              </w:rPr>
              <w:t>[ ]</w:t>
            </w:r>
          </w:p>
        </w:tc>
      </w:tr>
      <w:tr w:rsidR="008C3450" w14:paraId="3C0FC5F9" w14:textId="77777777">
        <w:trPr>
          <w:cantSplit/>
          <w:jc w:val="center"/>
        </w:trPr>
        <w:tc>
          <w:tcPr>
            <w:tcW w:w="158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605AD50A" w14:textId="77777777" w:rsidR="008C3450" w:rsidRDefault="00000000">
            <w:pPr>
              <w:spacing w:after="0" w:line="245" w:lineRule="auto"/>
              <w:rPr>
                <w:rFonts w:hint="eastAsia"/>
              </w:rPr>
            </w:pPr>
            <w:r>
              <w:rPr>
                <w:sz w:val="17"/>
              </w:rPr>
              <w:t>[ ]</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17ABC590" w14:textId="77777777" w:rsidR="008C3450" w:rsidRDefault="00000000">
            <w:pPr>
              <w:spacing w:after="0" w:line="245" w:lineRule="auto"/>
              <w:rPr>
                <w:rFonts w:hint="eastAsia"/>
              </w:rPr>
            </w:pPr>
            <w:r>
              <w:rPr>
                <w:sz w:val="17"/>
              </w:rPr>
              <w:t>[ ]</w:t>
            </w:r>
          </w:p>
        </w:tc>
        <w:tc>
          <w:tcPr>
            <w:tcW w:w="51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3C6F27D" w14:textId="77777777" w:rsidR="008C3450" w:rsidRDefault="00000000">
            <w:pPr>
              <w:spacing w:after="0" w:line="245" w:lineRule="auto"/>
              <w:rPr>
                <w:rFonts w:hint="eastAsia"/>
              </w:rPr>
            </w:pPr>
            <w:r>
              <w:rPr>
                <w:sz w:val="17"/>
              </w:rPr>
              <w:t>[ ]</w:t>
            </w:r>
          </w:p>
        </w:tc>
        <w:tc>
          <w:tcPr>
            <w:tcW w:w="132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25182B1" w14:textId="77777777" w:rsidR="008C3450" w:rsidRDefault="00000000">
            <w:pPr>
              <w:spacing w:after="0" w:line="245" w:lineRule="auto"/>
              <w:rPr>
                <w:rFonts w:hint="eastAsia"/>
              </w:rPr>
            </w:pPr>
            <w:r>
              <w:rPr>
                <w:sz w:val="17"/>
              </w:rPr>
              <w:t>[ ]</w:t>
            </w:r>
          </w:p>
        </w:tc>
      </w:tr>
      <w:tr w:rsidR="008C3450" w14:paraId="4726FC9A" w14:textId="77777777">
        <w:trPr>
          <w:cantSplit/>
          <w:jc w:val="center"/>
        </w:trPr>
        <w:tc>
          <w:tcPr>
            <w:tcW w:w="158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42ABD18" w14:textId="77777777" w:rsidR="008C3450" w:rsidRDefault="00000000">
            <w:pPr>
              <w:spacing w:after="0" w:line="245" w:lineRule="auto"/>
              <w:rPr>
                <w:rFonts w:hint="eastAsia"/>
              </w:rPr>
            </w:pPr>
            <w:r>
              <w:rPr>
                <w:sz w:val="17"/>
              </w:rPr>
              <w:t>[ ]</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6A5212E" w14:textId="77777777" w:rsidR="008C3450" w:rsidRDefault="00000000">
            <w:pPr>
              <w:spacing w:after="0" w:line="245" w:lineRule="auto"/>
              <w:rPr>
                <w:rFonts w:hint="eastAsia"/>
              </w:rPr>
            </w:pPr>
            <w:r>
              <w:rPr>
                <w:sz w:val="17"/>
              </w:rPr>
              <w:t>[ ]</w:t>
            </w:r>
          </w:p>
        </w:tc>
        <w:tc>
          <w:tcPr>
            <w:tcW w:w="51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7F6A4EB" w14:textId="77777777" w:rsidR="008C3450" w:rsidRDefault="00000000">
            <w:pPr>
              <w:spacing w:after="0" w:line="245" w:lineRule="auto"/>
              <w:rPr>
                <w:rFonts w:hint="eastAsia"/>
              </w:rPr>
            </w:pPr>
            <w:r>
              <w:rPr>
                <w:sz w:val="17"/>
              </w:rPr>
              <w:t>[ ]</w:t>
            </w:r>
          </w:p>
        </w:tc>
        <w:tc>
          <w:tcPr>
            <w:tcW w:w="132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4C21C8F3" w14:textId="77777777" w:rsidR="008C3450" w:rsidRDefault="00000000">
            <w:pPr>
              <w:spacing w:after="0" w:line="245" w:lineRule="auto"/>
              <w:rPr>
                <w:rFonts w:hint="eastAsia"/>
              </w:rPr>
            </w:pPr>
            <w:r>
              <w:rPr>
                <w:sz w:val="17"/>
              </w:rPr>
              <w:t>[ ]</w:t>
            </w:r>
          </w:p>
        </w:tc>
      </w:tr>
      <w:tr w:rsidR="008C3450" w14:paraId="24101446" w14:textId="77777777">
        <w:trPr>
          <w:cantSplit/>
          <w:jc w:val="center"/>
        </w:trPr>
        <w:tc>
          <w:tcPr>
            <w:tcW w:w="1584"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3DB5701E" w14:textId="77777777" w:rsidR="008C3450" w:rsidRDefault="00000000">
            <w:pPr>
              <w:spacing w:after="0" w:line="245" w:lineRule="auto"/>
              <w:rPr>
                <w:rFonts w:hint="eastAsia"/>
              </w:rPr>
            </w:pPr>
            <w:r>
              <w:rPr>
                <w:sz w:val="17"/>
              </w:rPr>
              <w:t>[ ]</w:t>
            </w:r>
          </w:p>
        </w:tc>
        <w:tc>
          <w:tcPr>
            <w:tcW w:w="2016"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49B165F" w14:textId="77777777" w:rsidR="008C3450" w:rsidRDefault="00000000">
            <w:pPr>
              <w:spacing w:after="0" w:line="245" w:lineRule="auto"/>
              <w:rPr>
                <w:rFonts w:hint="eastAsia"/>
              </w:rPr>
            </w:pPr>
            <w:r>
              <w:rPr>
                <w:sz w:val="17"/>
              </w:rPr>
              <w:t>[ ]</w:t>
            </w:r>
          </w:p>
        </w:tc>
        <w:tc>
          <w:tcPr>
            <w:tcW w:w="5112"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CB634CB" w14:textId="77777777" w:rsidR="008C3450" w:rsidRDefault="00000000">
            <w:pPr>
              <w:spacing w:after="0" w:line="245" w:lineRule="auto"/>
              <w:rPr>
                <w:rFonts w:hint="eastAsia"/>
              </w:rPr>
            </w:pPr>
            <w:r>
              <w:rPr>
                <w:sz w:val="17"/>
              </w:rPr>
              <w:t>[ ]</w:t>
            </w:r>
          </w:p>
        </w:tc>
        <w:tc>
          <w:tcPr>
            <w:tcW w:w="1325" w:type="dxa"/>
            <w:tcBorders>
              <w:top w:val="single" w:sz="4" w:space="0" w:color="B9C5D0"/>
              <w:left w:val="single" w:sz="4" w:space="0" w:color="B9C5D0"/>
              <w:bottom w:val="single" w:sz="4" w:space="0" w:color="B9C5D0"/>
              <w:right w:val="single" w:sz="4" w:space="0" w:color="B9C5D0"/>
            </w:tcBorders>
            <w:shd w:val="clear" w:color="auto" w:fill="FFFFFF"/>
            <w:tcMar>
              <w:top w:w="110" w:type="dxa"/>
              <w:left w:w="110" w:type="dxa"/>
              <w:bottom w:w="110" w:type="dxa"/>
              <w:right w:w="110" w:type="dxa"/>
            </w:tcMar>
            <w:vAlign w:val="center"/>
          </w:tcPr>
          <w:p w14:paraId="75143A5E" w14:textId="77777777" w:rsidR="008C3450" w:rsidRDefault="00000000">
            <w:pPr>
              <w:spacing w:after="0" w:line="245" w:lineRule="auto"/>
              <w:rPr>
                <w:rFonts w:hint="eastAsia"/>
              </w:rPr>
            </w:pPr>
            <w:r>
              <w:rPr>
                <w:sz w:val="17"/>
              </w:rPr>
              <w:t>[ ]</w:t>
            </w:r>
          </w:p>
        </w:tc>
      </w:tr>
    </w:tbl>
    <w:p w14:paraId="17E6791B" w14:textId="77777777" w:rsidR="008C3450" w:rsidRDefault="00000000">
      <w:pPr>
        <w:pStyle w:val="berschrift2"/>
      </w:pPr>
      <w:r>
        <w:t>Rechtsgrundlagen und weiterführende Quellen</w:t>
      </w:r>
    </w:p>
    <w:p w14:paraId="7FC0B2B5" w14:textId="77777777" w:rsidR="008C3450" w:rsidRDefault="00000000">
      <w:pPr>
        <w:spacing w:after="100" w:line="259" w:lineRule="auto"/>
        <w:rPr>
          <w:rFonts w:hint="eastAsia"/>
        </w:rPr>
      </w:pPr>
      <w:r>
        <w:rPr>
          <w:sz w:val="18"/>
        </w:rPr>
        <w:t xml:space="preserve">Berufsbildungsgesetz (BBiG), insbesondere § 14 Berufsausbildung: </w:t>
      </w:r>
      <w:hyperlink r:id="rId9">
        <w:r>
          <w:rPr>
            <w:color w:val="2A7F87"/>
            <w:u w:val="single"/>
          </w:rPr>
          <w:t>gesetze-im-internet.de</w:t>
        </w:r>
      </w:hyperlink>
    </w:p>
    <w:p w14:paraId="1E94C8E9" w14:textId="77777777" w:rsidR="008C3450" w:rsidRDefault="00000000">
      <w:pPr>
        <w:spacing w:after="100" w:line="259" w:lineRule="auto"/>
        <w:rPr>
          <w:rFonts w:hint="eastAsia"/>
        </w:rPr>
      </w:pPr>
      <w:r>
        <w:rPr>
          <w:sz w:val="18"/>
        </w:rPr>
        <w:t xml:space="preserve">Bundesinstitut für Berufsbildung (BIBB) - Betriebliche Ausbildung und betrieblicher Ausbildungsplan: </w:t>
      </w:r>
      <w:hyperlink r:id="rId10">
        <w:r>
          <w:rPr>
            <w:color w:val="2A7F87"/>
            <w:u w:val="single"/>
          </w:rPr>
          <w:t>bibb.de/de/137890.php</w:t>
        </w:r>
      </w:hyperlink>
    </w:p>
    <w:p w14:paraId="4CEC4F90" w14:textId="77777777" w:rsidR="008C3450" w:rsidRDefault="00000000">
      <w:pPr>
        <w:spacing w:after="100" w:line="259" w:lineRule="auto"/>
        <w:rPr>
          <w:rFonts w:hint="eastAsia"/>
        </w:rPr>
      </w:pPr>
      <w:r>
        <w:rPr>
          <w:sz w:val="18"/>
        </w:rPr>
        <w:t xml:space="preserve">BIBB - Ausbildungsrahmenplan und Standardberufsbildpositionen: </w:t>
      </w:r>
      <w:hyperlink r:id="rId11">
        <w:r>
          <w:rPr>
            <w:color w:val="2A7F87"/>
            <w:u w:val="single"/>
          </w:rPr>
          <w:t>bibb.de/de/141443.php</w:t>
        </w:r>
      </w:hyperlink>
    </w:p>
    <w:tbl>
      <w:tblPr>
        <w:tblW w:w="0" w:type="auto"/>
        <w:jc w:val="center"/>
        <w:tblLayout w:type="fixed"/>
        <w:tblLook w:val="04A0" w:firstRow="1" w:lastRow="0" w:firstColumn="1" w:lastColumn="0" w:noHBand="0" w:noVBand="1"/>
      </w:tblPr>
      <w:tblGrid>
        <w:gridCol w:w="1512"/>
        <w:gridCol w:w="8496"/>
      </w:tblGrid>
      <w:tr w:rsidR="008C3450" w14:paraId="4CAF4BC1" w14:textId="77777777">
        <w:trPr>
          <w:jc w:val="center"/>
        </w:trPr>
        <w:tc>
          <w:tcPr>
            <w:tcW w:w="1512" w:type="dxa"/>
            <w:tcBorders>
              <w:top w:val="nil"/>
              <w:left w:val="nil"/>
              <w:bottom w:val="nil"/>
              <w:right w:val="nil"/>
            </w:tcBorders>
            <w:shd w:val="clear" w:color="auto" w:fill="FCEEEE"/>
            <w:tcMar>
              <w:top w:w="150" w:type="dxa"/>
              <w:left w:w="150" w:type="dxa"/>
              <w:bottom w:w="150" w:type="dxa"/>
              <w:right w:w="150" w:type="dxa"/>
            </w:tcMar>
            <w:vAlign w:val="center"/>
          </w:tcPr>
          <w:p w14:paraId="20B514A4" w14:textId="77777777" w:rsidR="008C3450" w:rsidRDefault="00000000">
            <w:pPr>
              <w:jc w:val="center"/>
              <w:rPr>
                <w:rFonts w:hint="eastAsia"/>
              </w:rPr>
            </w:pPr>
            <w:r>
              <w:rPr>
                <w:b/>
                <w:color w:val="2A7F87"/>
                <w:sz w:val="17"/>
              </w:rPr>
              <w:t>Hinweis</w:t>
            </w:r>
          </w:p>
        </w:tc>
        <w:tc>
          <w:tcPr>
            <w:tcW w:w="8496" w:type="dxa"/>
            <w:tcBorders>
              <w:top w:val="nil"/>
              <w:left w:val="nil"/>
              <w:bottom w:val="nil"/>
              <w:right w:val="nil"/>
            </w:tcBorders>
            <w:shd w:val="clear" w:color="auto" w:fill="FCEEEE"/>
            <w:tcMar>
              <w:top w:w="150" w:type="dxa"/>
              <w:left w:w="150" w:type="dxa"/>
              <w:bottom w:w="150" w:type="dxa"/>
              <w:right w:w="150" w:type="dxa"/>
            </w:tcMar>
            <w:vAlign w:val="center"/>
          </w:tcPr>
          <w:p w14:paraId="5DE59C70" w14:textId="77777777" w:rsidR="008C3450" w:rsidRDefault="00000000">
            <w:pPr>
              <w:spacing w:after="20" w:line="259" w:lineRule="auto"/>
              <w:rPr>
                <w:rFonts w:hint="eastAsia"/>
              </w:rPr>
            </w:pPr>
            <w:r>
              <w:rPr>
                <w:b/>
                <w:color w:val="183A5A"/>
              </w:rPr>
              <w:t>Hinweis zur Verwendung</w:t>
            </w:r>
            <w:r>
              <w:rPr>
                <w:b/>
                <w:color w:val="183A5A"/>
              </w:rPr>
              <w:br/>
            </w:r>
            <w:r>
              <w:rPr>
                <w:sz w:val="19"/>
              </w:rPr>
              <w:t>Die Vorlage ist eine allgemeine Arbeitshilfe. Für die konkrete Ausbildung sind die jeweils geltende Ausbildungsordnung, der Ausbildungsrahmenplan, Vorgaben der zuständigen Stelle sowie betriebliche und tarifliche Regelungen zu berücksichtigen.</w:t>
            </w:r>
          </w:p>
        </w:tc>
      </w:tr>
    </w:tbl>
    <w:p w14:paraId="7BFA077F" w14:textId="77777777" w:rsidR="008C3450" w:rsidRDefault="008C3450">
      <w:pPr>
        <w:spacing w:after="40"/>
        <w:rPr>
          <w:rFonts w:hint="eastAsia"/>
        </w:rPr>
      </w:pPr>
    </w:p>
    <w:sectPr w:rsidR="008C3450" w:rsidSect="00034616">
      <w:pgSz w:w="12240" w:h="15840"/>
      <w:pgMar w:top="1037" w:right="1037" w:bottom="979" w:left="1037"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AAC80" w14:textId="77777777" w:rsidR="009C624E" w:rsidRDefault="009C624E">
      <w:pPr>
        <w:spacing w:after="0" w:line="240" w:lineRule="auto"/>
        <w:rPr>
          <w:rFonts w:hint="eastAsia"/>
        </w:rPr>
      </w:pPr>
      <w:r>
        <w:separator/>
      </w:r>
    </w:p>
  </w:endnote>
  <w:endnote w:type="continuationSeparator" w:id="0">
    <w:p w14:paraId="6EF1B685" w14:textId="77777777" w:rsidR="009C624E" w:rsidRDefault="009C624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C120" w14:textId="77777777" w:rsidR="008C3450" w:rsidRDefault="00000000">
    <w:pPr>
      <w:pStyle w:val="Fuzeile"/>
      <w:jc w:val="right"/>
      <w:rPr>
        <w:rFonts w:hint="eastAsia"/>
      </w:rPr>
    </w:pPr>
    <w:proofErr w:type="spellStart"/>
    <w:r>
      <w:rPr>
        <w:color w:val="5D6B78"/>
        <w:sz w:val="16"/>
      </w:rPr>
      <w:t>Betrieblicher</w:t>
    </w:r>
    <w:proofErr w:type="spellEnd"/>
    <w:r>
      <w:rPr>
        <w:color w:val="5D6B78"/>
        <w:sz w:val="16"/>
      </w:rPr>
      <w:t xml:space="preserve"> </w:t>
    </w:r>
    <w:proofErr w:type="spellStart"/>
    <w:r>
      <w:rPr>
        <w:color w:val="5D6B78"/>
        <w:sz w:val="16"/>
      </w:rPr>
      <w:t>Ausbildungsplan</w:t>
    </w:r>
    <w:proofErr w:type="spellEnd"/>
    <w:r>
      <w:rPr>
        <w:color w:val="5D6B78"/>
        <w:sz w:val="16"/>
      </w:rPr>
      <w:t xml:space="preserve"> | Flexible Vorlage    |    </w:t>
    </w:r>
    <w:proofErr w:type="spellStart"/>
    <w:r>
      <w:rPr>
        <w:color w:val="5D6B78"/>
        <w:sz w:val="16"/>
      </w:rPr>
      <w:t>Seite</w:t>
    </w:r>
    <w:proofErr w:type="spellEnd"/>
    <w:r>
      <w:rPr>
        <w:color w:val="5D6B78"/>
        <w:sz w:val="16"/>
      </w:rPr>
      <w:t xml:space="preserve"> </w:t>
    </w:r>
    <w:r>
      <w:rPr>
        <w:color w:val="5D6B78"/>
        <w:sz w:val="17"/>
      </w:rPr>
      <w:fldChar w:fldCharType="begin"/>
    </w:r>
    <w:r>
      <w:rPr>
        <w:color w:val="5D6B78"/>
        <w:sz w:val="17"/>
      </w:rPr>
      <w:instrText xml:space="preserve"> PAGE </w:instrText>
    </w:r>
    <w:r w:rsidR="008F6FD5">
      <w:rPr>
        <w:color w:val="5D6B78"/>
        <w:sz w:val="17"/>
      </w:rPr>
      <w:fldChar w:fldCharType="separate"/>
    </w:r>
    <w:r w:rsidR="008F6FD5">
      <w:rPr>
        <w:noProof/>
        <w:color w:val="5D6B78"/>
        <w:sz w:val="17"/>
      </w:rPr>
      <w:t>1</w:t>
    </w:r>
    <w:r>
      <w:rPr>
        <w:color w:val="5D6B78"/>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B40DE" w14:textId="77777777" w:rsidR="009C624E" w:rsidRDefault="009C624E">
      <w:pPr>
        <w:spacing w:after="0" w:line="240" w:lineRule="auto"/>
        <w:rPr>
          <w:rFonts w:hint="eastAsia"/>
        </w:rPr>
      </w:pPr>
      <w:r>
        <w:separator/>
      </w:r>
    </w:p>
  </w:footnote>
  <w:footnote w:type="continuationSeparator" w:id="0">
    <w:p w14:paraId="7609A46D" w14:textId="77777777" w:rsidR="009C624E" w:rsidRDefault="009C624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868640208">
    <w:abstractNumId w:val="8"/>
  </w:num>
  <w:num w:numId="2" w16cid:durableId="1001542056">
    <w:abstractNumId w:val="6"/>
  </w:num>
  <w:num w:numId="3" w16cid:durableId="1528908771">
    <w:abstractNumId w:val="5"/>
  </w:num>
  <w:num w:numId="4" w16cid:durableId="854727330">
    <w:abstractNumId w:val="4"/>
  </w:num>
  <w:num w:numId="5" w16cid:durableId="2064088792">
    <w:abstractNumId w:val="7"/>
  </w:num>
  <w:num w:numId="6" w16cid:durableId="667636039">
    <w:abstractNumId w:val="3"/>
  </w:num>
  <w:num w:numId="7" w16cid:durableId="1650018624">
    <w:abstractNumId w:val="2"/>
  </w:num>
  <w:num w:numId="8" w16cid:durableId="424964560">
    <w:abstractNumId w:val="1"/>
  </w:num>
  <w:num w:numId="9" w16cid:durableId="1856070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5595"/>
    <w:rsid w:val="0015074B"/>
    <w:rsid w:val="0029639D"/>
    <w:rsid w:val="00326F90"/>
    <w:rsid w:val="008C3450"/>
    <w:rsid w:val="008F6FD5"/>
    <w:rsid w:val="009C624E"/>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23D8FA"/>
  <w14:defaultImageDpi w14:val="300"/>
  <w15:docId w15:val="{5601BA86-CFB2-477E-9DC7-CDB233C53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rPr>
      <w:rFonts w:ascii="Lato" w:hAnsi="Lato"/>
      <w:color w:val="24313C"/>
      <w:sz w:val="20"/>
    </w:rPr>
  </w:style>
  <w:style w:type="paragraph" w:styleId="berschrift1">
    <w:name w:val="heading 1"/>
    <w:basedOn w:val="Standard"/>
    <w:next w:val="Standard"/>
    <w:link w:val="berschrift1Zchn"/>
    <w:uiPriority w:val="9"/>
    <w:qFormat/>
    <w:rsid w:val="00FC693F"/>
    <w:pPr>
      <w:keepNext/>
      <w:keepLines/>
      <w:spacing w:before="240" w:after="100"/>
      <w:outlineLvl w:val="0"/>
    </w:pPr>
    <w:rPr>
      <w:rFonts w:asciiTheme="majorHAnsi" w:eastAsiaTheme="majorEastAsia" w:hAnsiTheme="majorHAnsi" w:cstheme="majorBidi"/>
      <w:b/>
      <w:bCs/>
      <w:color w:val="183A5A"/>
      <w:sz w:val="32"/>
      <w:szCs w:val="28"/>
    </w:rPr>
  </w:style>
  <w:style w:type="paragraph" w:styleId="berschrift2">
    <w:name w:val="heading 2"/>
    <w:basedOn w:val="Standard"/>
    <w:next w:val="Standard"/>
    <w:link w:val="berschrift2Zchn"/>
    <w:uiPriority w:val="9"/>
    <w:unhideWhenUsed/>
    <w:qFormat/>
    <w:rsid w:val="00FC693F"/>
    <w:pPr>
      <w:keepNext/>
      <w:keepLines/>
      <w:spacing w:before="180" w:after="80"/>
      <w:outlineLvl w:val="1"/>
    </w:pPr>
    <w:rPr>
      <w:rFonts w:asciiTheme="majorHAnsi" w:eastAsiaTheme="majorEastAsia" w:hAnsiTheme="majorHAnsi" w:cstheme="majorBidi"/>
      <w:b/>
      <w:bCs/>
      <w:color w:val="2A7F87"/>
      <w:sz w:val="25"/>
      <w:szCs w:val="26"/>
    </w:rPr>
  </w:style>
  <w:style w:type="paragraph" w:styleId="berschrift3">
    <w:name w:val="heading 3"/>
    <w:basedOn w:val="Standard"/>
    <w:next w:val="Standard"/>
    <w:link w:val="berschrift3Zchn"/>
    <w:uiPriority w:val="9"/>
    <w:unhideWhenUsed/>
    <w:qFormat/>
    <w:rsid w:val="00FC693F"/>
    <w:pPr>
      <w:keepNext/>
      <w:keepLines/>
      <w:spacing w:before="140" w:after="60"/>
      <w:outlineLvl w:val="2"/>
    </w:pPr>
    <w:rPr>
      <w:rFonts w:asciiTheme="majorHAnsi" w:eastAsiaTheme="majorEastAsia" w:hAnsiTheme="majorHAnsi" w:cstheme="majorBidi"/>
      <w:b/>
      <w:bCs/>
      <w:color w:val="183A5A"/>
      <w:sz w:val="2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b.de/de/141443.php" TargetMode="External"/><Relationship Id="rId5" Type="http://schemas.openxmlformats.org/officeDocument/2006/relationships/webSettings" Target="webSettings.xml"/><Relationship Id="rId10" Type="http://schemas.openxmlformats.org/officeDocument/2006/relationships/hyperlink" Target="https://www.bibb.de/de/137890.php" TargetMode="External"/><Relationship Id="rId4" Type="http://schemas.openxmlformats.org/officeDocument/2006/relationships/settings" Target="settings.xml"/><Relationship Id="rId9" Type="http://schemas.openxmlformats.org/officeDocument/2006/relationships/hyperlink" Target="https://www.gesetze-im-internet.de/bbig_2005/__1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2154</Words>
  <Characters>13571</Characters>
  <Application>Microsoft Office Word</Application>
  <DocSecurity>0</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Betrieblicher Ausbildungsplan - flexible Vorlage für duale Berufsausbildungen</vt:lpstr>
      <vt:lpstr/>
    </vt:vector>
  </TitlesOfParts>
  <Manager/>
  <Company/>
  <LinksUpToDate>false</LinksUpToDate>
  <CharactersWithSpaces>15694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Betrieblicher Ausbildungsplan - flexible Vorlage für duale Berufsausbildungen</dc:title>
  <dc:subject>Anpassbare Vorlage für Ausbilder und Ausbildungsbetriebe</dc:subject>
  <dc:creator>Michael Büchler</dc:creator>
  <cp:keywords>Ausbildungsplan, duale Berufsausbildung, Ausbilder, betriebliche Ausbildung, Ausbildungsrahmenplan</cp:keywords>
  <dc:description/>
  <cp:lastModifiedBy>Michael Büchler</cp:lastModifiedBy>
  <cp:revision>2</cp:revision>
  <dcterms:created xsi:type="dcterms:W3CDTF">2026-08-25T18:09:00Z</dcterms:created>
  <dcterms:modified xsi:type="dcterms:W3CDTF">2026-08-25T18:09:00Z</dcterms:modified>
  <cp:category/>
</cp:coreProperties>
</file>